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6928D" w14:textId="77777777" w:rsidR="009A069A" w:rsidRDefault="00CC7FBD">
      <w:pPr>
        <w:pStyle w:val="Tytu"/>
        <w:jc w:val="center"/>
      </w:pPr>
      <w:r>
        <w:t>Opinia o funkcjonowaniu dziecka w przedszkolu</w:t>
      </w:r>
    </w:p>
    <w:p w14:paraId="4A50F613" w14:textId="646AFE57" w:rsidR="009A069A" w:rsidRPr="00A42777" w:rsidRDefault="00CC7FBD">
      <w:pPr>
        <w:jc w:val="center"/>
        <w:rPr>
          <w:b/>
          <w:bCs/>
          <w:iCs/>
        </w:rPr>
      </w:pPr>
      <w:proofErr w:type="spellStart"/>
      <w:r w:rsidRPr="00A42777">
        <w:rPr>
          <w:b/>
          <w:bCs/>
          <w:iCs/>
        </w:rPr>
        <w:t>dla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Zespołu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Orzekającego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="00B27A5F" w:rsidRPr="00A42777">
        <w:rPr>
          <w:b/>
          <w:bCs/>
          <w:iCs/>
        </w:rPr>
        <w:t>Poradni</w:t>
      </w:r>
      <w:proofErr w:type="spellEnd"/>
      <w:r w:rsidR="00B27A5F" w:rsidRPr="00A42777">
        <w:rPr>
          <w:b/>
          <w:bCs/>
          <w:iCs/>
        </w:rPr>
        <w:t xml:space="preserve"> </w:t>
      </w:r>
      <w:proofErr w:type="spellStart"/>
      <w:r w:rsidR="00B27A5F" w:rsidRPr="00A42777">
        <w:rPr>
          <w:b/>
          <w:bCs/>
          <w:iCs/>
        </w:rPr>
        <w:t>Psychologiczno-Pedagogicznej</w:t>
      </w:r>
      <w:proofErr w:type="spellEnd"/>
      <w:r w:rsidR="00B27A5F" w:rsidRPr="00A42777">
        <w:rPr>
          <w:b/>
          <w:bCs/>
          <w:iCs/>
        </w:rPr>
        <w:t xml:space="preserve"> </w:t>
      </w:r>
      <w:proofErr w:type="spellStart"/>
      <w:r w:rsidR="00B27A5F" w:rsidRPr="00A42777">
        <w:rPr>
          <w:b/>
          <w:bCs/>
          <w:iCs/>
        </w:rPr>
        <w:t>nr</w:t>
      </w:r>
      <w:proofErr w:type="spellEnd"/>
      <w:r w:rsidR="00B27A5F" w:rsidRPr="00A42777">
        <w:rPr>
          <w:b/>
          <w:bCs/>
          <w:iCs/>
        </w:rPr>
        <w:t xml:space="preserve"> 1 w Łodzi</w:t>
      </w:r>
    </w:p>
    <w:p w14:paraId="1EFD225A" w14:textId="77777777" w:rsidR="009A069A" w:rsidRDefault="00CC7FBD">
      <w:r>
        <w:rPr>
          <w:b/>
        </w:rPr>
        <w:t xml:space="preserve">Podstawa prawna: </w:t>
      </w:r>
      <w:r>
        <w:t xml:space="preserve">§ 7 ust. 6–7 rozporządzenia Ministra Edukacji z dnia 2 marca 2026 r. w sprawie orzeczeń i opinii wydawanych przez </w:t>
      </w:r>
      <w:r>
        <w:t>zespoły orzekające działające w publicznych poradniach psychologiczno-pedagogicznych.</w:t>
      </w:r>
    </w:p>
    <w:p w14:paraId="701B9C4D" w14:textId="77777777" w:rsidR="009A069A" w:rsidRDefault="00CC7FBD">
      <w:r>
        <w:rPr>
          <w:b/>
        </w:rPr>
        <w:t xml:space="preserve">Jak wypełnić formularz: </w:t>
      </w:r>
      <w:r>
        <w:t>Wpisuj krótkie, konkretne informacje o zachowaniu dziecka w codziennych sytuacjach. Opisuj to, co można zaobserwować. Nie ma potrzeby stosowania k</w:t>
      </w:r>
      <w:r>
        <w:t>odów ani terminologii ICF.</w:t>
      </w:r>
    </w:p>
    <w:p w14:paraId="6E482C5B" w14:textId="77777777" w:rsidR="009A069A" w:rsidRDefault="00CC7FBD">
      <w:pPr>
        <w:pStyle w:val="Nagwek1"/>
      </w:pPr>
      <w:r>
        <w:t>1. Dane podstawowe</w:t>
      </w:r>
    </w:p>
    <w:p w14:paraId="61DA9EF6" w14:textId="77777777" w:rsidR="009A069A" w:rsidRDefault="00CC7FBD">
      <w:r>
        <w:rPr>
          <w:b/>
        </w:rPr>
        <w:t xml:space="preserve">Data wydania opinii: </w:t>
      </w:r>
      <w:r>
        <w:rPr>
          <w:i/>
        </w:rPr>
        <w:t>Wpisz informację.</w:t>
      </w:r>
    </w:p>
    <w:p w14:paraId="1B111F9B" w14:textId="292CD493" w:rsidR="009A069A" w:rsidRDefault="00CC7FBD">
      <w:pPr>
        <w:rPr>
          <w:i/>
        </w:rPr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dziecka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 w:rsidR="00A42777">
        <w:rPr>
          <w:i/>
        </w:rPr>
        <w:t>.</w:t>
      </w:r>
    </w:p>
    <w:p w14:paraId="3BD2F939" w14:textId="69C87A13" w:rsidR="00A42777" w:rsidRDefault="00A42777">
      <w:r w:rsidRPr="00A42777">
        <w:rPr>
          <w:b/>
          <w:bCs/>
          <w:iCs/>
        </w:rPr>
        <w:t xml:space="preserve">Data </w:t>
      </w:r>
      <w:proofErr w:type="spellStart"/>
      <w:r w:rsidRPr="00A42777">
        <w:rPr>
          <w:b/>
          <w:bCs/>
          <w:iCs/>
        </w:rPr>
        <w:t>urodzenia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dziecka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7AF647C9" w14:textId="77777777" w:rsidR="009A069A" w:rsidRDefault="00CC7FBD">
      <w:r>
        <w:rPr>
          <w:b/>
        </w:rPr>
        <w:t xml:space="preserve">Nazwa przedszkola: </w:t>
      </w:r>
      <w:r>
        <w:rPr>
          <w:i/>
        </w:rPr>
        <w:t>Wpisz informację.</w:t>
      </w:r>
    </w:p>
    <w:p w14:paraId="552CD8FD" w14:textId="77777777" w:rsidR="009A069A" w:rsidRDefault="00CC7FBD">
      <w:r>
        <w:rPr>
          <w:b/>
        </w:rPr>
        <w:t xml:space="preserve">Oddział lub grupa: </w:t>
      </w:r>
      <w:r>
        <w:rPr>
          <w:i/>
        </w:rPr>
        <w:t>Wpisz informację.</w:t>
      </w:r>
    </w:p>
    <w:p w14:paraId="348D3C33" w14:textId="77777777" w:rsidR="009A069A" w:rsidRDefault="00CC7FBD">
      <w:pPr>
        <w:pStyle w:val="Nagwek1"/>
      </w:pPr>
      <w:r>
        <w:t xml:space="preserve">2. Podstawa </w:t>
      </w:r>
      <w:r>
        <w:t>opinii</w:t>
      </w:r>
    </w:p>
    <w:p w14:paraId="294B45A6" w14:textId="77777777" w:rsidR="009A069A" w:rsidRDefault="00CC7FBD">
      <w:r>
        <w:t>Opinię sporządzono na podstawie wyników obserwacji funkcjonowania dziecka oraz działań diagnostycznych prowadzonych w przedszkolu.</w:t>
      </w:r>
    </w:p>
    <w:p w14:paraId="47BBB1F8" w14:textId="77777777" w:rsidR="009A069A" w:rsidRDefault="00CC7FBD">
      <w:r>
        <w:rPr>
          <w:b/>
        </w:rPr>
        <w:t xml:space="preserve">Inne źródła informacji, jeżeli dotyczy: </w:t>
      </w:r>
      <w:r>
        <w:rPr>
          <w:i/>
        </w:rPr>
        <w:t>Wpisz albo pozostaw puste.</w:t>
      </w:r>
    </w:p>
    <w:p w14:paraId="06A74792" w14:textId="77777777" w:rsidR="009A069A" w:rsidRDefault="00CC7FBD">
      <w:pPr>
        <w:pStyle w:val="Nagwek1"/>
      </w:pPr>
      <w:r>
        <w:t>3. Funkcjonowanie dziecka w przedszkolu</w:t>
      </w:r>
    </w:p>
    <w:p w14:paraId="5A7162A9" w14:textId="77777777" w:rsidR="009A069A" w:rsidRDefault="00CC7FBD">
      <w:r>
        <w:t>W każdym ob</w:t>
      </w:r>
      <w:r>
        <w:t>szarze opisz krótko mocne strony i umiejętności dziecka oraz trudności widoczne w codziennym funkcjonowaniu.</w:t>
      </w:r>
    </w:p>
    <w:p w14:paraId="4AE2D731" w14:textId="77777777" w:rsidR="009A069A" w:rsidRDefault="00CC7FBD">
      <w:pPr>
        <w:pStyle w:val="Nagwek2"/>
      </w:pPr>
      <w:r>
        <w:t>3.1. Uczenie się i stosowanie wiedzy</w:t>
      </w:r>
    </w:p>
    <w:p w14:paraId="7B665EEB" w14:textId="77777777" w:rsidR="009A069A" w:rsidRDefault="00CC7FBD">
      <w:r>
        <w:rPr>
          <w:i/>
        </w:rPr>
        <w:t>Możesz uwzględnić: zainteresowanie poznawcze, uwagę, rozumienie poleceń, zapamiętywanie, uczenie się nowych um</w:t>
      </w:r>
      <w:r>
        <w:rPr>
          <w:i/>
        </w:rPr>
        <w:t>iejętności, rozwiązywanie problemów i kończenie zadań.</w:t>
      </w:r>
    </w:p>
    <w:p w14:paraId="215461B2" w14:textId="77777777" w:rsidR="009A069A" w:rsidRDefault="00CC7FBD">
      <w:r>
        <w:rPr>
          <w:b/>
        </w:rPr>
        <w:t xml:space="preserve">Mocne strony, umiejętności i uzdolnienia: </w:t>
      </w:r>
      <w:r>
        <w:rPr>
          <w:i/>
        </w:rPr>
        <w:t>Wpisz krótki opis.</w:t>
      </w:r>
    </w:p>
    <w:p w14:paraId="3D34BB1D" w14:textId="77777777" w:rsidR="009A069A" w:rsidRDefault="00CC7FBD">
      <w:r>
        <w:rPr>
          <w:b/>
        </w:rPr>
        <w:t xml:space="preserve">Trudności w codziennym funkcjonowaniu: </w:t>
      </w:r>
      <w:r>
        <w:rPr>
          <w:i/>
        </w:rPr>
        <w:t>Wpisz krótki opis.</w:t>
      </w:r>
    </w:p>
    <w:p w14:paraId="2AFB0C05" w14:textId="77777777" w:rsidR="009A069A" w:rsidRDefault="00CC7FBD">
      <w:pPr>
        <w:pStyle w:val="Nagwek2"/>
      </w:pPr>
      <w:r>
        <w:t>3.2. Zachowania społeczne we wzajemnych kontaktach oraz przystosowanie społeczne i</w:t>
      </w:r>
      <w:r>
        <w:t xml:space="preserve"> emocjonalne</w:t>
      </w:r>
    </w:p>
    <w:p w14:paraId="7C08F667" w14:textId="77777777" w:rsidR="009A069A" w:rsidRDefault="00CC7FBD">
      <w:r>
        <w:rPr>
          <w:i/>
        </w:rPr>
        <w:t>Możesz uwzględnić: kontakty z dziećmi i dorosłymi, wspólną zabawę, współpracę, zasady, reagowanie na zmianę i niepowodzenie oraz wyrażanie i regulowanie emocji.</w:t>
      </w:r>
    </w:p>
    <w:p w14:paraId="7EE1BE68" w14:textId="77777777" w:rsidR="009A069A" w:rsidRDefault="00CC7FBD">
      <w:r>
        <w:rPr>
          <w:b/>
        </w:rPr>
        <w:t xml:space="preserve">Mocne strony, umiejętności i uzdolnienia: </w:t>
      </w:r>
      <w:r>
        <w:rPr>
          <w:i/>
        </w:rPr>
        <w:t>Wpisz krótki opis.</w:t>
      </w:r>
    </w:p>
    <w:p w14:paraId="355298B0" w14:textId="77777777" w:rsidR="009A069A" w:rsidRDefault="00CC7FBD">
      <w:r>
        <w:rPr>
          <w:b/>
        </w:rPr>
        <w:t>Trudności w codzienny</w:t>
      </w:r>
      <w:r>
        <w:rPr>
          <w:b/>
        </w:rPr>
        <w:t xml:space="preserve">m funkcjonowaniu: </w:t>
      </w:r>
      <w:r>
        <w:rPr>
          <w:i/>
        </w:rPr>
        <w:t>Wpisz krótki opis.</w:t>
      </w:r>
    </w:p>
    <w:p w14:paraId="3CB869FC" w14:textId="77777777" w:rsidR="009A069A" w:rsidRDefault="00CC7FBD">
      <w:pPr>
        <w:pStyle w:val="Nagwek2"/>
      </w:pPr>
      <w:r>
        <w:lastRenderedPageBreak/>
        <w:t>3.3. Porozumiewanie się</w:t>
      </w:r>
    </w:p>
    <w:p w14:paraId="09C6BE6B" w14:textId="77777777" w:rsidR="009A069A" w:rsidRDefault="00CC7FBD">
      <w:r>
        <w:rPr>
          <w:i/>
        </w:rPr>
        <w:t>Możesz uwzględnić: rozumienie komunikatów, komunikowanie potrzeb, inicjowanie kontaktu, wypowiadanie się, zrozumiałość mowy oraz AAC, jeżeli dotyczy.</w:t>
      </w:r>
    </w:p>
    <w:p w14:paraId="2883C87E" w14:textId="77777777" w:rsidR="009A069A" w:rsidRDefault="00CC7FBD">
      <w:r>
        <w:rPr>
          <w:b/>
        </w:rPr>
        <w:t xml:space="preserve">Mocne strony, umiejętności i uzdolnienia: </w:t>
      </w:r>
      <w:r>
        <w:rPr>
          <w:i/>
        </w:rPr>
        <w:t>Wpi</w:t>
      </w:r>
      <w:r>
        <w:rPr>
          <w:i/>
        </w:rPr>
        <w:t>sz krótki opis.</w:t>
      </w:r>
    </w:p>
    <w:p w14:paraId="62AF5766" w14:textId="77777777" w:rsidR="009A069A" w:rsidRDefault="00CC7FBD">
      <w:r>
        <w:rPr>
          <w:b/>
        </w:rPr>
        <w:t xml:space="preserve">Trudności w codziennym funkcjonowaniu: </w:t>
      </w:r>
      <w:r>
        <w:rPr>
          <w:i/>
        </w:rPr>
        <w:t>Wpisz krótki opis.</w:t>
      </w:r>
    </w:p>
    <w:p w14:paraId="7BB8C4C9" w14:textId="77777777" w:rsidR="009A069A" w:rsidRDefault="00CC7FBD">
      <w:pPr>
        <w:pStyle w:val="Nagwek2"/>
      </w:pPr>
      <w:r>
        <w:t>3.4. Aktywność ruchowa i poruszanie się</w:t>
      </w:r>
    </w:p>
    <w:p w14:paraId="7A623FF6" w14:textId="77777777" w:rsidR="009A069A" w:rsidRDefault="00CC7FBD">
      <w:r>
        <w:rPr>
          <w:i/>
        </w:rPr>
        <w:t>Możesz uwzględnić: motorykę dużą, koordynację, udział w zabawach ruchowych, sprawność manualną i grafomotoryczną.</w:t>
      </w:r>
    </w:p>
    <w:p w14:paraId="263CC4C4" w14:textId="77777777" w:rsidR="009A069A" w:rsidRDefault="00CC7FBD">
      <w:r>
        <w:rPr>
          <w:b/>
        </w:rPr>
        <w:t xml:space="preserve">Mocne strony, umiejętności i uzdolnienia: </w:t>
      </w:r>
      <w:r>
        <w:rPr>
          <w:i/>
        </w:rPr>
        <w:t>Wpisz krótki opis.</w:t>
      </w:r>
    </w:p>
    <w:p w14:paraId="04556B8C" w14:textId="77777777" w:rsidR="009A069A" w:rsidRDefault="00CC7FBD">
      <w:r>
        <w:rPr>
          <w:b/>
        </w:rPr>
        <w:t xml:space="preserve">Trudności w codziennym funkcjonowaniu: </w:t>
      </w:r>
      <w:r>
        <w:rPr>
          <w:i/>
        </w:rPr>
        <w:t>Wpisz krótki opis.</w:t>
      </w:r>
    </w:p>
    <w:p w14:paraId="5C0B9341" w14:textId="77777777" w:rsidR="009A069A" w:rsidRDefault="00CC7FBD">
      <w:pPr>
        <w:pStyle w:val="Nagwek2"/>
      </w:pPr>
      <w:r>
        <w:t>3.5. Dbanie o siebie</w:t>
      </w:r>
    </w:p>
    <w:p w14:paraId="431D03B3" w14:textId="77777777" w:rsidR="009A069A" w:rsidRDefault="00CC7FBD">
      <w:r>
        <w:rPr>
          <w:i/>
        </w:rPr>
        <w:t xml:space="preserve">Możesz uwzględnić: jedzenie, ubieranie, korzystanie z toalety, higienę, dbanie o własne rzeczy i sygnalizowanie </w:t>
      </w:r>
      <w:r>
        <w:rPr>
          <w:i/>
        </w:rPr>
        <w:t>potrzeb.</w:t>
      </w:r>
    </w:p>
    <w:p w14:paraId="4B23B0C2" w14:textId="77777777" w:rsidR="009A069A" w:rsidRDefault="00CC7FBD">
      <w:r>
        <w:rPr>
          <w:b/>
        </w:rPr>
        <w:t xml:space="preserve">Mocne strony, umiejętności i uzdolnienia: </w:t>
      </w:r>
      <w:r>
        <w:rPr>
          <w:i/>
        </w:rPr>
        <w:t>Wpisz krótki opis.</w:t>
      </w:r>
    </w:p>
    <w:p w14:paraId="3340EE4D" w14:textId="77777777" w:rsidR="009A069A" w:rsidRDefault="00CC7FBD">
      <w:r>
        <w:rPr>
          <w:b/>
        </w:rPr>
        <w:t xml:space="preserve">Trudności w codziennym funkcjonowaniu: </w:t>
      </w:r>
      <w:r>
        <w:rPr>
          <w:i/>
        </w:rPr>
        <w:t>Wpisz krótki opis.</w:t>
      </w:r>
    </w:p>
    <w:p w14:paraId="5D02C20F" w14:textId="77777777" w:rsidR="009A069A" w:rsidRDefault="00CC7FBD">
      <w:pPr>
        <w:pStyle w:val="Nagwek1"/>
      </w:pPr>
      <w:r>
        <w:t>4. Trudności w realizacji programu wychowania przedszkolnego</w:t>
      </w:r>
    </w:p>
    <w:p w14:paraId="4DDB9B3B" w14:textId="77777777" w:rsidR="009A069A" w:rsidRDefault="00CC7FBD">
      <w:r>
        <w:t>Wskaż, które z opisanych trudności ograniczają udział dziecka w zaj</w:t>
      </w:r>
      <w:r>
        <w:t>ęciach, zabawie, wykonywaniu zadań lub samodzielnym funkcjonowaniu.</w:t>
      </w:r>
    </w:p>
    <w:p w14:paraId="7CDF01D8" w14:textId="77777777" w:rsidR="009A069A" w:rsidRDefault="00CC7FBD">
      <w:r>
        <w:rPr>
          <w:b/>
        </w:rPr>
        <w:t xml:space="preserve">Opis: </w:t>
      </w:r>
      <w:r>
        <w:rPr>
          <w:i/>
        </w:rPr>
        <w:t>Wpisz najważniejsze informacje.</w:t>
      </w:r>
    </w:p>
    <w:p w14:paraId="1256AC64" w14:textId="77777777" w:rsidR="009A069A" w:rsidRDefault="00CC7FBD">
      <w:pPr>
        <w:pStyle w:val="Nagwek1"/>
      </w:pPr>
      <w:r>
        <w:t>5. Podjęte działania i udzielona pomoc</w:t>
      </w:r>
    </w:p>
    <w:p w14:paraId="2220219E" w14:textId="77777777" w:rsidR="009A069A" w:rsidRDefault="00CC7FBD">
      <w:r>
        <w:t>Uwzględnij działania nauczycieli i specjalistów oraz, jeżeli dotyczy, pomoc psychologiczno-pedagogiczną lub wcz</w:t>
      </w:r>
      <w:r>
        <w:t>esne wspomaganie rozwoju. Podaj formę i zakres pomocy, okres jej udzielania oraz efekty.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9A069A" w14:paraId="33004AF1" w14:textId="77777777">
        <w:trPr>
          <w:tblHeader/>
          <w:jc w:val="center"/>
        </w:trPr>
        <w:tc>
          <w:tcPr>
            <w:tcW w:w="2493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66119" w14:textId="77777777" w:rsidR="009A069A" w:rsidRDefault="00CC7FBD">
            <w:r>
              <w:rPr>
                <w:b/>
              </w:rPr>
              <w:t>Działanie, forma i zakres pomocy</w:t>
            </w:r>
          </w:p>
        </w:tc>
        <w:tc>
          <w:tcPr>
            <w:tcW w:w="2493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B7C67D" w14:textId="77777777" w:rsidR="009A069A" w:rsidRDefault="00CC7FBD">
            <w:r>
              <w:rPr>
                <w:b/>
              </w:rPr>
              <w:t>Okres udzielania</w:t>
            </w:r>
          </w:p>
        </w:tc>
        <w:tc>
          <w:tcPr>
            <w:tcW w:w="2493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66B0D" w14:textId="77777777" w:rsidR="009A069A" w:rsidRDefault="00CC7FBD">
            <w:r>
              <w:rPr>
                <w:b/>
              </w:rPr>
              <w:t>Efekty</w:t>
            </w:r>
          </w:p>
        </w:tc>
        <w:tc>
          <w:tcPr>
            <w:tcW w:w="2493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8589B3" w14:textId="77777777" w:rsidR="009A069A" w:rsidRDefault="00CC7FBD">
            <w:r>
              <w:rPr>
                <w:b/>
              </w:rPr>
              <w:t>Co nadal wymaga wsparcia</w:t>
            </w:r>
          </w:p>
        </w:tc>
      </w:tr>
      <w:tr w:rsidR="009A069A" w14:paraId="3FC51191" w14:textId="77777777">
        <w:trPr>
          <w:jc w:val="center"/>
        </w:trPr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47D682" w14:textId="77777777" w:rsidR="009A069A" w:rsidRDefault="00CC7FBD">
            <w:bookmarkStart w:id="0" w:name="_GoBack"/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  <w:bookmarkEnd w:id="0"/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CF7FB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C22398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DC8AC8" w14:textId="77777777" w:rsidR="009A069A" w:rsidRDefault="00CC7FBD">
            <w:r>
              <w:t>Wpisz informację.</w:t>
            </w:r>
          </w:p>
        </w:tc>
      </w:tr>
      <w:tr w:rsidR="009A069A" w14:paraId="392FD1A6" w14:textId="77777777">
        <w:trPr>
          <w:jc w:val="center"/>
        </w:trPr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FCBB5" w14:textId="77777777" w:rsidR="009A069A" w:rsidRDefault="00CC7FBD">
            <w:r>
              <w:t xml:space="preserve">Wpisz </w:t>
            </w:r>
            <w:r>
              <w:t>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6A509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A632A5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F1BEC1" w14:textId="77777777" w:rsidR="009A069A" w:rsidRDefault="00CC7FBD">
            <w:r>
              <w:t>Wpisz informację.</w:t>
            </w:r>
          </w:p>
        </w:tc>
      </w:tr>
      <w:tr w:rsidR="009A069A" w14:paraId="68DD3CAC" w14:textId="77777777">
        <w:trPr>
          <w:jc w:val="center"/>
        </w:trPr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8A977B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E24325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36A6DA" w14:textId="77777777" w:rsidR="009A069A" w:rsidRDefault="00CC7FBD">
            <w:r>
              <w:t>Wpisz informację.</w:t>
            </w:r>
          </w:p>
        </w:tc>
        <w:tc>
          <w:tcPr>
            <w:tcW w:w="2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ABCCD0" w14:textId="77777777" w:rsidR="009A069A" w:rsidRDefault="00CC7FBD">
            <w:r>
              <w:t>Wpisz informację.</w:t>
            </w:r>
          </w:p>
        </w:tc>
      </w:tr>
    </w:tbl>
    <w:p w14:paraId="0A6D8F05" w14:textId="77777777" w:rsidR="009A069A" w:rsidRDefault="00CC7FBD">
      <w:pPr>
        <w:pStyle w:val="Nagwek1"/>
      </w:pPr>
      <w:r>
        <w:t>6. Wnioski dotyczące dalszej pracy</w:t>
      </w:r>
    </w:p>
    <w:p w14:paraId="281461F3" w14:textId="77777777" w:rsidR="009A069A" w:rsidRDefault="00CC7FBD">
      <w:r>
        <w:t>Wskaż najważniejsze potrzeby dziecka i działania, które mogą poprawić jego funkcj</w:t>
      </w:r>
      <w:r>
        <w:t>onowanie w przedszkolu.</w:t>
      </w:r>
    </w:p>
    <w:p w14:paraId="30FE646C" w14:textId="77777777" w:rsidR="009A069A" w:rsidRDefault="00CC7FBD">
      <w:r>
        <w:rPr>
          <w:b/>
        </w:rPr>
        <w:lastRenderedPageBreak/>
        <w:t xml:space="preserve">Wnioski: </w:t>
      </w:r>
      <w:r>
        <w:rPr>
          <w:i/>
        </w:rPr>
        <w:t>Wpisz najważniejsze zalecenia do dalszej pracy.</w:t>
      </w:r>
    </w:p>
    <w:p w14:paraId="2A5F3F1B" w14:textId="77777777" w:rsidR="009A069A" w:rsidRDefault="00CC7FBD">
      <w:pPr>
        <w:pStyle w:val="Nagwek1"/>
      </w:pPr>
      <w:r>
        <w:t>7. Dokumentacja dodatkowa, jeżeli dotyczy</w:t>
      </w:r>
    </w:p>
    <w:p w14:paraId="2304A74E" w14:textId="77777777" w:rsidR="009A069A" w:rsidRDefault="00CC7FBD">
      <w:r>
        <w:t>W przypadku dziecka objętego kształceniem specjalnym do opinii dołącza się aktualną wielospecjalistyczną ocenę poziomu funkcjonowania</w:t>
      </w:r>
      <w:r>
        <w:t xml:space="preserve"> dziecka.</w:t>
      </w:r>
    </w:p>
    <w:p w14:paraId="04933388" w14:textId="77777777" w:rsidR="009A069A" w:rsidRDefault="00CC7FBD">
      <w:r>
        <w:t>W przypadku dziecka objętego zajęciami rewalidacyjno-wychowawczymi do opinii dołącza się aktualną okresową ocenę funkcjonowania dziecka.</w:t>
      </w:r>
    </w:p>
    <w:p w14:paraId="1E2C93DE" w14:textId="77777777" w:rsidR="009A069A" w:rsidRDefault="00CC7FBD">
      <w:pPr>
        <w:pStyle w:val="Nagwek1"/>
      </w:pPr>
      <w:r>
        <w:t>8. Osoby sporządzające opinię</w:t>
      </w:r>
    </w:p>
    <w:p w14:paraId="2F316C9D" w14:textId="77777777" w:rsidR="009A069A" w:rsidRDefault="00CC7FBD">
      <w:r>
        <w:rPr>
          <w:b/>
        </w:rPr>
        <w:t xml:space="preserve">Nauczyciel lub nauczyciele: </w:t>
      </w:r>
      <w:r>
        <w:rPr>
          <w:i/>
        </w:rPr>
        <w:t>Wpisz informację.</w:t>
      </w:r>
    </w:p>
    <w:p w14:paraId="16208905" w14:textId="77777777" w:rsidR="009A069A" w:rsidRDefault="00CC7FBD">
      <w:r>
        <w:rPr>
          <w:b/>
        </w:rPr>
        <w:t xml:space="preserve">Specjalista lub specjaliści, jeżeli uczestniczyli w sporządzeniu opinii: </w:t>
      </w:r>
      <w:r>
        <w:rPr>
          <w:i/>
        </w:rPr>
        <w:t>Wpisz informację.</w:t>
      </w:r>
    </w:p>
    <w:p w14:paraId="79355151" w14:textId="77777777" w:rsidR="009A069A" w:rsidRDefault="00CC7FBD">
      <w:r>
        <w:rPr>
          <w:b/>
        </w:rPr>
        <w:t xml:space="preserve">Podpis osoby lub osób sporządzających opinię: </w:t>
      </w:r>
      <w:r>
        <w:rPr>
          <w:i/>
        </w:rPr>
        <w:t>Miejsce na podpis.</w:t>
      </w:r>
    </w:p>
    <w:p w14:paraId="0D7D7BBA" w14:textId="77777777" w:rsidR="009A069A" w:rsidRDefault="00CC7FBD">
      <w:r>
        <w:rPr>
          <w:b/>
        </w:rPr>
        <w:t xml:space="preserve">Podpis dyrektora przedszkola: </w:t>
      </w:r>
      <w:r>
        <w:rPr>
          <w:i/>
        </w:rPr>
        <w:t>Miejsce na podpis.</w:t>
      </w:r>
    </w:p>
    <w:p w14:paraId="2200463F" w14:textId="77777777" w:rsidR="009A069A" w:rsidRDefault="00CC7FBD">
      <w:r>
        <w:rPr>
          <w:b/>
        </w:rPr>
        <w:t xml:space="preserve">Informacja: </w:t>
      </w:r>
      <w:r>
        <w:t>kopię opinii przekazuje się rodzicom dz</w:t>
      </w:r>
      <w:r>
        <w:t>iecka.</w:t>
      </w:r>
    </w:p>
    <w:sectPr w:rsidR="009A069A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11BB5" w14:textId="77777777" w:rsidR="00CC7FBD" w:rsidRDefault="00CC7FBD" w:rsidP="00B27A5F">
      <w:pPr>
        <w:spacing w:after="0" w:line="240" w:lineRule="auto"/>
      </w:pPr>
      <w:r>
        <w:separator/>
      </w:r>
    </w:p>
  </w:endnote>
  <w:endnote w:type="continuationSeparator" w:id="0">
    <w:p w14:paraId="1A90F753" w14:textId="77777777" w:rsidR="00CC7FBD" w:rsidRDefault="00CC7FBD" w:rsidP="00B2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350480"/>
      <w:docPartObj>
        <w:docPartGallery w:val="Page Numbers (Bottom of Page)"/>
        <w:docPartUnique/>
      </w:docPartObj>
    </w:sdtPr>
    <w:sdtEndPr/>
    <w:sdtContent>
      <w:p w14:paraId="77B3D508" w14:textId="52EB0C46" w:rsidR="00B27A5F" w:rsidRDefault="00B27A5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9E7" w:rsidRPr="00C379E7">
          <w:rPr>
            <w:noProof/>
            <w:lang w:val="pl-PL"/>
          </w:rPr>
          <w:t>1</w:t>
        </w:r>
        <w:r>
          <w:fldChar w:fldCharType="end"/>
        </w:r>
      </w:p>
    </w:sdtContent>
  </w:sdt>
  <w:p w14:paraId="247E76FA" w14:textId="77777777" w:rsidR="00B27A5F" w:rsidRDefault="00B27A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2F208" w14:textId="77777777" w:rsidR="00CC7FBD" w:rsidRDefault="00CC7FBD" w:rsidP="00B27A5F">
      <w:pPr>
        <w:spacing w:after="0" w:line="240" w:lineRule="auto"/>
      </w:pPr>
      <w:r>
        <w:separator/>
      </w:r>
    </w:p>
  </w:footnote>
  <w:footnote w:type="continuationSeparator" w:id="0">
    <w:p w14:paraId="12BB6972" w14:textId="77777777" w:rsidR="00CC7FBD" w:rsidRDefault="00CC7FBD" w:rsidP="00B27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625B"/>
    <w:rsid w:val="0015074B"/>
    <w:rsid w:val="0029639D"/>
    <w:rsid w:val="00326F90"/>
    <w:rsid w:val="009A069A"/>
    <w:rsid w:val="00A42777"/>
    <w:rsid w:val="00AA1D8D"/>
    <w:rsid w:val="00B27A5F"/>
    <w:rsid w:val="00B47730"/>
    <w:rsid w:val="00C379E7"/>
    <w:rsid w:val="00C50692"/>
    <w:rsid w:val="00CB0664"/>
    <w:rsid w:val="00CC7FBD"/>
    <w:rsid w:val="00E96AE7"/>
    <w:rsid w:val="00F271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F0B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7D8D14-2BB2-4CC9-B1EF-DC6DF635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3673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2026-09-02T09:17:00Z</dcterms:created>
  <dcterms:modified xsi:type="dcterms:W3CDTF">2026-09-02T09:17:00Z</dcterms:modified>
</cp:coreProperties>
</file>