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723ABDF" w14:textId="77777777" w:rsidR="00F56265" w:rsidRDefault="006F7B0F">
      <w:pPr>
        <w:pStyle w:val="Tytu"/>
        <w:jc w:val="center"/>
      </w:pPr>
      <w:bookmarkStart w:id="0" w:name="_GoBack"/>
      <w:bookmarkEnd w:id="0"/>
      <w:proofErr w:type="spellStart"/>
      <w:r>
        <w:t>Opinia</w:t>
      </w:r>
      <w:proofErr w:type="spellEnd"/>
      <w:r>
        <w:t xml:space="preserve"> o </w:t>
      </w:r>
      <w:proofErr w:type="spellStart"/>
      <w:r>
        <w:t>funkcjonowaniu</w:t>
      </w:r>
      <w:proofErr w:type="spellEnd"/>
      <w:r>
        <w:t xml:space="preserve"> ucznia w </w:t>
      </w:r>
      <w:proofErr w:type="spellStart"/>
      <w:r>
        <w:t>szkole</w:t>
      </w:r>
      <w:proofErr w:type="spellEnd"/>
      <w:r>
        <w:t xml:space="preserve"> </w:t>
      </w:r>
      <w:proofErr w:type="spellStart"/>
      <w:r>
        <w:t>podstawowej</w:t>
      </w:r>
      <w:proofErr w:type="spellEnd"/>
    </w:p>
    <w:p w14:paraId="133553CA" w14:textId="77777777" w:rsidR="00C15449" w:rsidRPr="00A42777" w:rsidRDefault="00C15449" w:rsidP="00C15449">
      <w:pPr>
        <w:jc w:val="center"/>
        <w:rPr>
          <w:b/>
          <w:bCs/>
          <w:iCs/>
        </w:rPr>
      </w:pPr>
      <w:proofErr w:type="spellStart"/>
      <w:r w:rsidRPr="00A42777">
        <w:rPr>
          <w:b/>
          <w:bCs/>
          <w:iCs/>
        </w:rPr>
        <w:t>dla</w:t>
      </w:r>
      <w:proofErr w:type="spellEnd"/>
      <w:r w:rsidRPr="00A42777">
        <w:rPr>
          <w:b/>
          <w:bCs/>
          <w:iCs/>
        </w:rPr>
        <w:t xml:space="preserve"> </w:t>
      </w:r>
      <w:proofErr w:type="spellStart"/>
      <w:r w:rsidRPr="00A42777">
        <w:rPr>
          <w:b/>
          <w:bCs/>
          <w:iCs/>
        </w:rPr>
        <w:t>Zespołu</w:t>
      </w:r>
      <w:proofErr w:type="spellEnd"/>
      <w:r w:rsidRPr="00A42777">
        <w:rPr>
          <w:b/>
          <w:bCs/>
          <w:iCs/>
        </w:rPr>
        <w:t xml:space="preserve"> </w:t>
      </w:r>
      <w:proofErr w:type="spellStart"/>
      <w:r w:rsidRPr="00A42777">
        <w:rPr>
          <w:b/>
          <w:bCs/>
          <w:iCs/>
        </w:rPr>
        <w:t>Orzekającego</w:t>
      </w:r>
      <w:proofErr w:type="spellEnd"/>
      <w:r w:rsidRPr="00A42777">
        <w:rPr>
          <w:b/>
          <w:bCs/>
          <w:iCs/>
        </w:rPr>
        <w:t xml:space="preserve"> </w:t>
      </w:r>
      <w:proofErr w:type="spellStart"/>
      <w:r w:rsidRPr="00A42777">
        <w:rPr>
          <w:b/>
          <w:bCs/>
          <w:iCs/>
        </w:rPr>
        <w:t>Poradni</w:t>
      </w:r>
      <w:proofErr w:type="spellEnd"/>
      <w:r w:rsidRPr="00A42777">
        <w:rPr>
          <w:b/>
          <w:bCs/>
          <w:iCs/>
        </w:rPr>
        <w:t xml:space="preserve"> </w:t>
      </w:r>
      <w:proofErr w:type="spellStart"/>
      <w:r w:rsidRPr="00A42777">
        <w:rPr>
          <w:b/>
          <w:bCs/>
          <w:iCs/>
        </w:rPr>
        <w:t>Psychologiczno-Pedagogicznej</w:t>
      </w:r>
      <w:proofErr w:type="spellEnd"/>
      <w:r w:rsidRPr="00A42777">
        <w:rPr>
          <w:b/>
          <w:bCs/>
          <w:iCs/>
        </w:rPr>
        <w:t xml:space="preserve"> </w:t>
      </w:r>
      <w:proofErr w:type="spellStart"/>
      <w:r w:rsidRPr="00A42777">
        <w:rPr>
          <w:b/>
          <w:bCs/>
          <w:iCs/>
        </w:rPr>
        <w:t>nr</w:t>
      </w:r>
      <w:proofErr w:type="spellEnd"/>
      <w:r w:rsidRPr="00A42777">
        <w:rPr>
          <w:b/>
          <w:bCs/>
          <w:iCs/>
        </w:rPr>
        <w:t xml:space="preserve"> 1 w </w:t>
      </w:r>
      <w:proofErr w:type="spellStart"/>
      <w:r w:rsidRPr="00A42777">
        <w:rPr>
          <w:b/>
          <w:bCs/>
          <w:iCs/>
        </w:rPr>
        <w:t>Łodzi</w:t>
      </w:r>
      <w:proofErr w:type="spellEnd"/>
    </w:p>
    <w:p w14:paraId="0D4BFFC5" w14:textId="77777777" w:rsidR="00F56265" w:rsidRDefault="006F7B0F">
      <w:proofErr w:type="spellStart"/>
      <w:r>
        <w:rPr>
          <w:b/>
        </w:rPr>
        <w:t>Podstawa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prawna</w:t>
      </w:r>
      <w:proofErr w:type="spellEnd"/>
      <w:r>
        <w:rPr>
          <w:b/>
        </w:rPr>
        <w:t xml:space="preserve">: </w:t>
      </w:r>
      <w:r>
        <w:t xml:space="preserve">§ 7 </w:t>
      </w:r>
      <w:proofErr w:type="spellStart"/>
      <w:r>
        <w:t>ust</w:t>
      </w:r>
      <w:proofErr w:type="spellEnd"/>
      <w:r>
        <w:t xml:space="preserve">. 6–7 </w:t>
      </w:r>
      <w:proofErr w:type="spellStart"/>
      <w:r>
        <w:t>rozporządzenia</w:t>
      </w:r>
      <w:proofErr w:type="spellEnd"/>
      <w:r>
        <w:t xml:space="preserve"> </w:t>
      </w:r>
      <w:proofErr w:type="spellStart"/>
      <w:r>
        <w:t>Ministra</w:t>
      </w:r>
      <w:proofErr w:type="spellEnd"/>
      <w:r>
        <w:t xml:space="preserve"> </w:t>
      </w:r>
      <w:proofErr w:type="spellStart"/>
      <w:r>
        <w:t>Edukacji</w:t>
      </w:r>
      <w:proofErr w:type="spellEnd"/>
      <w:r>
        <w:t xml:space="preserve"> z </w:t>
      </w:r>
      <w:proofErr w:type="spellStart"/>
      <w:r>
        <w:t>dnia</w:t>
      </w:r>
      <w:proofErr w:type="spellEnd"/>
      <w:r>
        <w:t xml:space="preserve"> 2 </w:t>
      </w:r>
      <w:proofErr w:type="spellStart"/>
      <w:r>
        <w:t>marca</w:t>
      </w:r>
      <w:proofErr w:type="spellEnd"/>
      <w:r>
        <w:t xml:space="preserve"> 2026 r. w </w:t>
      </w:r>
      <w:proofErr w:type="spellStart"/>
      <w:r>
        <w:t>sprawie</w:t>
      </w:r>
      <w:proofErr w:type="spellEnd"/>
      <w:r>
        <w:t xml:space="preserve"> </w:t>
      </w:r>
      <w:proofErr w:type="spellStart"/>
      <w:r>
        <w:t>orzeczeń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opinii</w:t>
      </w:r>
      <w:proofErr w:type="spellEnd"/>
      <w:r>
        <w:t xml:space="preserve"> </w:t>
      </w:r>
      <w:proofErr w:type="spellStart"/>
      <w:r>
        <w:t>wydawanych</w:t>
      </w:r>
      <w:proofErr w:type="spellEnd"/>
      <w:r>
        <w:t xml:space="preserve"> </w:t>
      </w:r>
      <w:proofErr w:type="spellStart"/>
      <w:r>
        <w:t>przez</w:t>
      </w:r>
      <w:proofErr w:type="spellEnd"/>
      <w:r>
        <w:t xml:space="preserve"> </w:t>
      </w:r>
      <w:proofErr w:type="spellStart"/>
      <w:r>
        <w:t>zespoły</w:t>
      </w:r>
      <w:proofErr w:type="spellEnd"/>
      <w:r>
        <w:t xml:space="preserve"> </w:t>
      </w:r>
      <w:proofErr w:type="spellStart"/>
      <w:r>
        <w:t>orzekające</w:t>
      </w:r>
      <w:proofErr w:type="spellEnd"/>
      <w:r>
        <w:t xml:space="preserve"> </w:t>
      </w:r>
      <w:proofErr w:type="spellStart"/>
      <w:r>
        <w:t>działające</w:t>
      </w:r>
      <w:proofErr w:type="spellEnd"/>
      <w:r>
        <w:t xml:space="preserve"> w </w:t>
      </w:r>
      <w:proofErr w:type="spellStart"/>
      <w:r>
        <w:t>publicznych</w:t>
      </w:r>
      <w:proofErr w:type="spellEnd"/>
      <w:r>
        <w:t xml:space="preserve"> </w:t>
      </w:r>
      <w:proofErr w:type="spellStart"/>
      <w:r>
        <w:t>poradniach</w:t>
      </w:r>
      <w:proofErr w:type="spellEnd"/>
      <w:r>
        <w:t xml:space="preserve"> </w:t>
      </w:r>
      <w:proofErr w:type="spellStart"/>
      <w:r>
        <w:t>psychologiczno-pedagogicznych</w:t>
      </w:r>
      <w:proofErr w:type="spellEnd"/>
      <w:r>
        <w:t xml:space="preserve"> (</w:t>
      </w:r>
      <w:proofErr w:type="spellStart"/>
      <w:r>
        <w:t>Dz.U</w:t>
      </w:r>
      <w:proofErr w:type="spellEnd"/>
      <w:r>
        <w:t xml:space="preserve">. 2026 </w:t>
      </w:r>
      <w:proofErr w:type="spellStart"/>
      <w:r>
        <w:t>poz</w:t>
      </w:r>
      <w:proofErr w:type="spellEnd"/>
      <w:r>
        <w:t>. 428).</w:t>
      </w:r>
    </w:p>
    <w:p w14:paraId="379FD73F" w14:textId="77777777" w:rsidR="00F56265" w:rsidRDefault="006F7B0F">
      <w:proofErr w:type="spellStart"/>
      <w:r>
        <w:rPr>
          <w:b/>
        </w:rPr>
        <w:t>Jak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wypełnić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formularz</w:t>
      </w:r>
      <w:proofErr w:type="spellEnd"/>
      <w:r>
        <w:rPr>
          <w:b/>
        </w:rPr>
        <w:t xml:space="preserve">: </w:t>
      </w:r>
      <w:proofErr w:type="spellStart"/>
      <w:r>
        <w:t>Podawaj</w:t>
      </w:r>
      <w:proofErr w:type="spellEnd"/>
      <w:r>
        <w:t xml:space="preserve"> </w:t>
      </w:r>
      <w:proofErr w:type="spellStart"/>
      <w:r>
        <w:t>krótkie</w:t>
      </w:r>
      <w:proofErr w:type="spellEnd"/>
      <w:r>
        <w:t xml:space="preserve">, </w:t>
      </w:r>
      <w:proofErr w:type="spellStart"/>
      <w:r>
        <w:t>konkretne</w:t>
      </w:r>
      <w:proofErr w:type="spellEnd"/>
      <w:r>
        <w:t xml:space="preserve"> </w:t>
      </w:r>
      <w:proofErr w:type="spellStart"/>
      <w:r>
        <w:t>informacje</w:t>
      </w:r>
      <w:proofErr w:type="spellEnd"/>
      <w:r>
        <w:t xml:space="preserve"> </w:t>
      </w:r>
      <w:proofErr w:type="spellStart"/>
      <w:r>
        <w:t>wynikające</w:t>
      </w:r>
      <w:proofErr w:type="spellEnd"/>
      <w:r>
        <w:t xml:space="preserve"> z </w:t>
      </w:r>
      <w:proofErr w:type="spellStart"/>
      <w:r>
        <w:t>obserwacji</w:t>
      </w:r>
      <w:proofErr w:type="spellEnd"/>
      <w:r>
        <w:t xml:space="preserve"> ucznia </w:t>
      </w:r>
      <w:proofErr w:type="spellStart"/>
      <w:r>
        <w:t>i</w:t>
      </w:r>
      <w:proofErr w:type="spellEnd"/>
      <w:r>
        <w:t xml:space="preserve"> </w:t>
      </w:r>
      <w:proofErr w:type="spellStart"/>
      <w:r>
        <w:t>działań</w:t>
      </w:r>
      <w:proofErr w:type="spellEnd"/>
      <w:r>
        <w:t xml:space="preserve"> </w:t>
      </w:r>
      <w:proofErr w:type="spellStart"/>
      <w:r>
        <w:t>diagnostycznych</w:t>
      </w:r>
      <w:proofErr w:type="spellEnd"/>
      <w:r>
        <w:t xml:space="preserve"> </w:t>
      </w:r>
      <w:proofErr w:type="spellStart"/>
      <w:r>
        <w:t>prowadzonych</w:t>
      </w:r>
      <w:proofErr w:type="spellEnd"/>
      <w:r>
        <w:t xml:space="preserve"> w </w:t>
      </w:r>
      <w:proofErr w:type="spellStart"/>
      <w:r>
        <w:t>szkole</w:t>
      </w:r>
      <w:proofErr w:type="spellEnd"/>
      <w:r>
        <w:t xml:space="preserve">. </w:t>
      </w:r>
      <w:proofErr w:type="spellStart"/>
      <w:r>
        <w:t>Opisuj</w:t>
      </w:r>
      <w:proofErr w:type="spellEnd"/>
      <w:r>
        <w:t xml:space="preserve"> </w:t>
      </w:r>
      <w:proofErr w:type="spellStart"/>
      <w:r>
        <w:t>przede</w:t>
      </w:r>
      <w:proofErr w:type="spellEnd"/>
      <w:r>
        <w:t xml:space="preserve"> </w:t>
      </w:r>
      <w:proofErr w:type="spellStart"/>
      <w:r>
        <w:t>wszystkim</w:t>
      </w:r>
      <w:proofErr w:type="spellEnd"/>
      <w:r>
        <w:t xml:space="preserve"> to, co </w:t>
      </w:r>
      <w:proofErr w:type="spellStart"/>
      <w:r>
        <w:t>uczeń</w:t>
      </w:r>
      <w:proofErr w:type="spellEnd"/>
      <w:r>
        <w:t xml:space="preserve"> </w:t>
      </w:r>
      <w:proofErr w:type="spellStart"/>
      <w:r>
        <w:t>robi</w:t>
      </w:r>
      <w:proofErr w:type="spellEnd"/>
      <w:r>
        <w:t xml:space="preserve"> </w:t>
      </w:r>
      <w:proofErr w:type="spellStart"/>
      <w:r>
        <w:t>samodzielnie</w:t>
      </w:r>
      <w:proofErr w:type="spellEnd"/>
      <w:r>
        <w:t xml:space="preserve">, co </w:t>
      </w:r>
      <w:proofErr w:type="spellStart"/>
      <w:r>
        <w:t>sprawia</w:t>
      </w:r>
      <w:proofErr w:type="spellEnd"/>
      <w:r>
        <w:t xml:space="preserve"> mu </w:t>
      </w:r>
      <w:proofErr w:type="spellStart"/>
      <w:r>
        <w:t>trudność</w:t>
      </w:r>
      <w:proofErr w:type="spellEnd"/>
      <w:r>
        <w:t xml:space="preserve"> </w:t>
      </w:r>
      <w:proofErr w:type="spellStart"/>
      <w:r>
        <w:t>oraz</w:t>
      </w:r>
      <w:proofErr w:type="spellEnd"/>
      <w:r>
        <w:t xml:space="preserve"> </w:t>
      </w:r>
      <w:proofErr w:type="spellStart"/>
      <w:r>
        <w:t>jakiego</w:t>
      </w:r>
      <w:proofErr w:type="spellEnd"/>
      <w:r>
        <w:t xml:space="preserve"> </w:t>
      </w:r>
      <w:proofErr w:type="spellStart"/>
      <w:r>
        <w:t>wsparcia</w:t>
      </w:r>
      <w:proofErr w:type="spellEnd"/>
      <w:r>
        <w:t xml:space="preserve"> </w:t>
      </w:r>
      <w:proofErr w:type="spellStart"/>
      <w:r>
        <w:t>potrzebuje</w:t>
      </w:r>
      <w:proofErr w:type="spellEnd"/>
      <w:r>
        <w:t xml:space="preserve">. </w:t>
      </w:r>
      <w:proofErr w:type="spellStart"/>
      <w:r>
        <w:t>Nie</w:t>
      </w:r>
      <w:proofErr w:type="spellEnd"/>
      <w:r>
        <w:t xml:space="preserve"> ma </w:t>
      </w:r>
      <w:proofErr w:type="spellStart"/>
      <w:r>
        <w:t>potrzeby</w:t>
      </w:r>
      <w:proofErr w:type="spellEnd"/>
      <w:r>
        <w:t xml:space="preserve"> </w:t>
      </w:r>
      <w:proofErr w:type="spellStart"/>
      <w:r>
        <w:t>stosowania</w:t>
      </w:r>
      <w:proofErr w:type="spellEnd"/>
      <w:r>
        <w:t xml:space="preserve"> </w:t>
      </w:r>
      <w:proofErr w:type="spellStart"/>
      <w:r>
        <w:t>kodów</w:t>
      </w:r>
      <w:proofErr w:type="spellEnd"/>
      <w:r>
        <w:t xml:space="preserve"> </w:t>
      </w:r>
      <w:proofErr w:type="spellStart"/>
      <w:r>
        <w:t>ani</w:t>
      </w:r>
      <w:proofErr w:type="spellEnd"/>
      <w:r>
        <w:t xml:space="preserve"> </w:t>
      </w:r>
      <w:proofErr w:type="spellStart"/>
      <w:r>
        <w:t>terminologii</w:t>
      </w:r>
      <w:proofErr w:type="spellEnd"/>
      <w:r>
        <w:t xml:space="preserve"> ICF.</w:t>
      </w:r>
    </w:p>
    <w:p w14:paraId="0A116BF3" w14:textId="77777777" w:rsidR="00F56265" w:rsidRDefault="006F7B0F">
      <w:pPr>
        <w:pStyle w:val="Nagwek1"/>
      </w:pPr>
      <w:r>
        <w:t xml:space="preserve">1. Dane </w:t>
      </w:r>
      <w:proofErr w:type="spellStart"/>
      <w:r>
        <w:t>podstawowe</w:t>
      </w:r>
      <w:proofErr w:type="spellEnd"/>
    </w:p>
    <w:p w14:paraId="5966F782" w14:textId="77777777" w:rsidR="00F56265" w:rsidRDefault="006F7B0F">
      <w:r>
        <w:rPr>
          <w:b/>
        </w:rPr>
        <w:t xml:space="preserve">Data </w:t>
      </w:r>
      <w:proofErr w:type="spellStart"/>
      <w:r>
        <w:rPr>
          <w:b/>
        </w:rPr>
        <w:t>wydania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opinii</w:t>
      </w:r>
      <w:proofErr w:type="spellEnd"/>
      <w:r>
        <w:rPr>
          <w:b/>
        </w:rPr>
        <w:t xml:space="preserve">: </w:t>
      </w:r>
      <w:proofErr w:type="spellStart"/>
      <w:r>
        <w:rPr>
          <w:i/>
        </w:rPr>
        <w:t>Wpisz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informację</w:t>
      </w:r>
      <w:proofErr w:type="spellEnd"/>
      <w:r>
        <w:rPr>
          <w:i/>
        </w:rPr>
        <w:t>.</w:t>
      </w:r>
    </w:p>
    <w:p w14:paraId="5E3212D6" w14:textId="77777777" w:rsidR="00F56265" w:rsidRDefault="006F7B0F">
      <w:pPr>
        <w:rPr>
          <w:i/>
        </w:rPr>
      </w:pPr>
      <w:proofErr w:type="spellStart"/>
      <w:r>
        <w:rPr>
          <w:b/>
        </w:rPr>
        <w:t>Imię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nazwisko</w:t>
      </w:r>
      <w:proofErr w:type="spellEnd"/>
      <w:r>
        <w:rPr>
          <w:b/>
        </w:rPr>
        <w:t xml:space="preserve"> ucznia: </w:t>
      </w:r>
      <w:proofErr w:type="spellStart"/>
      <w:r>
        <w:rPr>
          <w:i/>
        </w:rPr>
        <w:t>Wpisz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informację</w:t>
      </w:r>
      <w:proofErr w:type="spellEnd"/>
      <w:r>
        <w:rPr>
          <w:i/>
        </w:rPr>
        <w:t>.</w:t>
      </w:r>
    </w:p>
    <w:p w14:paraId="6535F86F" w14:textId="39E0746E" w:rsidR="00C15449" w:rsidRDefault="00C15449">
      <w:r w:rsidRPr="00C15449">
        <w:rPr>
          <w:b/>
          <w:bCs/>
          <w:iCs/>
        </w:rPr>
        <w:t xml:space="preserve">Data </w:t>
      </w:r>
      <w:proofErr w:type="spellStart"/>
      <w:r w:rsidRPr="00C15449">
        <w:rPr>
          <w:b/>
          <w:bCs/>
          <w:iCs/>
        </w:rPr>
        <w:t>urodzenia</w:t>
      </w:r>
      <w:proofErr w:type="spellEnd"/>
      <w:r w:rsidRPr="00C15449">
        <w:rPr>
          <w:b/>
          <w:bCs/>
          <w:iCs/>
        </w:rPr>
        <w:t xml:space="preserve"> ucznia:</w:t>
      </w:r>
      <w:r>
        <w:rPr>
          <w:i/>
        </w:rPr>
        <w:t xml:space="preserve"> </w:t>
      </w:r>
      <w:proofErr w:type="spellStart"/>
      <w:r>
        <w:rPr>
          <w:i/>
        </w:rPr>
        <w:t>Wpisz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informację</w:t>
      </w:r>
      <w:proofErr w:type="spellEnd"/>
      <w:r>
        <w:rPr>
          <w:i/>
        </w:rPr>
        <w:t>.</w:t>
      </w:r>
    </w:p>
    <w:p w14:paraId="42098910" w14:textId="77777777" w:rsidR="00F56265" w:rsidRDefault="006F7B0F">
      <w:proofErr w:type="spellStart"/>
      <w:r>
        <w:rPr>
          <w:b/>
        </w:rPr>
        <w:t>Nazwa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szkoły</w:t>
      </w:r>
      <w:proofErr w:type="spellEnd"/>
      <w:r>
        <w:rPr>
          <w:b/>
        </w:rPr>
        <w:t xml:space="preserve">: </w:t>
      </w:r>
      <w:proofErr w:type="spellStart"/>
      <w:r>
        <w:rPr>
          <w:i/>
        </w:rPr>
        <w:t>Wpisz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informację</w:t>
      </w:r>
      <w:proofErr w:type="spellEnd"/>
      <w:r>
        <w:rPr>
          <w:i/>
        </w:rPr>
        <w:t>.</w:t>
      </w:r>
    </w:p>
    <w:p w14:paraId="02DC052E" w14:textId="77777777" w:rsidR="00F56265" w:rsidRDefault="006F7B0F">
      <w:proofErr w:type="spellStart"/>
      <w:r>
        <w:rPr>
          <w:b/>
        </w:rPr>
        <w:t>Klasa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oddział</w:t>
      </w:r>
      <w:proofErr w:type="spellEnd"/>
      <w:r>
        <w:rPr>
          <w:b/>
        </w:rPr>
        <w:t xml:space="preserve">: </w:t>
      </w:r>
      <w:proofErr w:type="spellStart"/>
      <w:r>
        <w:rPr>
          <w:i/>
        </w:rPr>
        <w:t>Wpisz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informację</w:t>
      </w:r>
      <w:proofErr w:type="spellEnd"/>
      <w:r>
        <w:rPr>
          <w:i/>
        </w:rPr>
        <w:t>.</w:t>
      </w:r>
    </w:p>
    <w:p w14:paraId="4DBF6B6F" w14:textId="77777777" w:rsidR="00F56265" w:rsidRDefault="006F7B0F">
      <w:pPr>
        <w:pStyle w:val="Nagwek1"/>
      </w:pPr>
      <w:r>
        <w:t xml:space="preserve">2. </w:t>
      </w:r>
      <w:proofErr w:type="spellStart"/>
      <w:r>
        <w:t>Podstawa</w:t>
      </w:r>
      <w:proofErr w:type="spellEnd"/>
      <w:r>
        <w:t xml:space="preserve"> </w:t>
      </w:r>
      <w:proofErr w:type="spellStart"/>
      <w:r>
        <w:t>opinii</w:t>
      </w:r>
      <w:proofErr w:type="spellEnd"/>
    </w:p>
    <w:p w14:paraId="4389643B" w14:textId="77777777" w:rsidR="00F56265" w:rsidRDefault="006F7B0F">
      <w:proofErr w:type="spellStart"/>
      <w:r>
        <w:t>Opinię</w:t>
      </w:r>
      <w:proofErr w:type="spellEnd"/>
      <w:r>
        <w:t xml:space="preserve"> </w:t>
      </w:r>
      <w:proofErr w:type="spellStart"/>
      <w:r>
        <w:t>sporządzono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podstawie</w:t>
      </w:r>
      <w:proofErr w:type="spellEnd"/>
      <w:r>
        <w:t xml:space="preserve"> </w:t>
      </w:r>
      <w:proofErr w:type="spellStart"/>
      <w:r>
        <w:t>wyników</w:t>
      </w:r>
      <w:proofErr w:type="spellEnd"/>
      <w:r>
        <w:t xml:space="preserve"> </w:t>
      </w:r>
      <w:proofErr w:type="spellStart"/>
      <w:r>
        <w:t>obserwacji</w:t>
      </w:r>
      <w:proofErr w:type="spellEnd"/>
      <w:r>
        <w:t xml:space="preserve"> </w:t>
      </w:r>
      <w:proofErr w:type="spellStart"/>
      <w:r>
        <w:t>funkcjonowania</w:t>
      </w:r>
      <w:proofErr w:type="spellEnd"/>
      <w:r>
        <w:t xml:space="preserve"> ucznia </w:t>
      </w:r>
      <w:proofErr w:type="spellStart"/>
      <w:r>
        <w:t>oraz</w:t>
      </w:r>
      <w:proofErr w:type="spellEnd"/>
      <w:r>
        <w:t xml:space="preserve"> </w:t>
      </w:r>
      <w:proofErr w:type="spellStart"/>
      <w:r>
        <w:t>działań</w:t>
      </w:r>
      <w:proofErr w:type="spellEnd"/>
      <w:r>
        <w:t xml:space="preserve"> </w:t>
      </w:r>
      <w:proofErr w:type="spellStart"/>
      <w:r>
        <w:t>diagnostycznych</w:t>
      </w:r>
      <w:proofErr w:type="spellEnd"/>
      <w:r>
        <w:t xml:space="preserve"> </w:t>
      </w:r>
      <w:proofErr w:type="spellStart"/>
      <w:r>
        <w:t>prowadzonych</w:t>
      </w:r>
      <w:proofErr w:type="spellEnd"/>
      <w:r>
        <w:t xml:space="preserve"> w </w:t>
      </w:r>
      <w:proofErr w:type="spellStart"/>
      <w:r>
        <w:t>szkole</w:t>
      </w:r>
      <w:proofErr w:type="spellEnd"/>
      <w:r>
        <w:t>.</w:t>
      </w:r>
    </w:p>
    <w:p w14:paraId="08D7134A" w14:textId="77777777" w:rsidR="00F56265" w:rsidRDefault="006F7B0F">
      <w:proofErr w:type="spellStart"/>
      <w:r>
        <w:rPr>
          <w:b/>
        </w:rPr>
        <w:t>Inne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źródła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informacji</w:t>
      </w:r>
      <w:proofErr w:type="spellEnd"/>
      <w:r>
        <w:rPr>
          <w:b/>
        </w:rPr>
        <w:t xml:space="preserve">, </w:t>
      </w:r>
      <w:proofErr w:type="spellStart"/>
      <w:r>
        <w:rPr>
          <w:b/>
        </w:rPr>
        <w:t>jeżeli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dotyczy</w:t>
      </w:r>
      <w:proofErr w:type="spellEnd"/>
      <w:r>
        <w:rPr>
          <w:b/>
        </w:rPr>
        <w:t xml:space="preserve">: </w:t>
      </w:r>
      <w:proofErr w:type="spellStart"/>
      <w:r>
        <w:rPr>
          <w:i/>
        </w:rPr>
        <w:t>Wpisz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albo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pozostaw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puste</w:t>
      </w:r>
      <w:proofErr w:type="spellEnd"/>
      <w:r>
        <w:rPr>
          <w:i/>
        </w:rPr>
        <w:t>.</w:t>
      </w:r>
    </w:p>
    <w:p w14:paraId="3E0BA7EB" w14:textId="77777777" w:rsidR="00F56265" w:rsidRDefault="006F7B0F">
      <w:pPr>
        <w:pStyle w:val="Nagwek1"/>
      </w:pPr>
      <w:r>
        <w:t xml:space="preserve">3. </w:t>
      </w:r>
      <w:proofErr w:type="spellStart"/>
      <w:r>
        <w:t>Funkcjonowanie</w:t>
      </w:r>
      <w:proofErr w:type="spellEnd"/>
      <w:r>
        <w:t xml:space="preserve"> ucznia w </w:t>
      </w:r>
      <w:proofErr w:type="spellStart"/>
      <w:r>
        <w:t>szkole</w:t>
      </w:r>
      <w:proofErr w:type="spellEnd"/>
    </w:p>
    <w:p w14:paraId="6035B863" w14:textId="77777777" w:rsidR="00F56265" w:rsidRDefault="006F7B0F">
      <w:r>
        <w:t xml:space="preserve">W </w:t>
      </w:r>
      <w:proofErr w:type="spellStart"/>
      <w:r>
        <w:t>każdym</w:t>
      </w:r>
      <w:proofErr w:type="spellEnd"/>
      <w:r>
        <w:t xml:space="preserve"> </w:t>
      </w:r>
      <w:proofErr w:type="spellStart"/>
      <w:r>
        <w:t>obszarze</w:t>
      </w:r>
      <w:proofErr w:type="spellEnd"/>
      <w:r>
        <w:t xml:space="preserve"> </w:t>
      </w:r>
      <w:proofErr w:type="spellStart"/>
      <w:r>
        <w:t>opisz</w:t>
      </w:r>
      <w:proofErr w:type="spellEnd"/>
      <w:r>
        <w:t xml:space="preserve"> </w:t>
      </w:r>
      <w:proofErr w:type="spellStart"/>
      <w:r>
        <w:t>krótko</w:t>
      </w:r>
      <w:proofErr w:type="spellEnd"/>
      <w:r>
        <w:t xml:space="preserve"> </w:t>
      </w:r>
      <w:proofErr w:type="spellStart"/>
      <w:r>
        <w:t>mocne</w:t>
      </w:r>
      <w:proofErr w:type="spellEnd"/>
      <w:r>
        <w:t xml:space="preserve"> </w:t>
      </w:r>
      <w:proofErr w:type="spellStart"/>
      <w:r>
        <w:t>strony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możliwości</w:t>
      </w:r>
      <w:proofErr w:type="spellEnd"/>
      <w:r>
        <w:t xml:space="preserve"> ucznia </w:t>
      </w:r>
      <w:proofErr w:type="spellStart"/>
      <w:r>
        <w:t>oraz</w:t>
      </w:r>
      <w:proofErr w:type="spellEnd"/>
      <w:r>
        <w:t xml:space="preserve"> </w:t>
      </w:r>
      <w:proofErr w:type="spellStart"/>
      <w:r>
        <w:t>trudności</w:t>
      </w:r>
      <w:proofErr w:type="spellEnd"/>
      <w:r>
        <w:t xml:space="preserve"> </w:t>
      </w:r>
      <w:proofErr w:type="spellStart"/>
      <w:r>
        <w:t>widoczne</w:t>
      </w:r>
      <w:proofErr w:type="spellEnd"/>
      <w:r>
        <w:t xml:space="preserve"> w </w:t>
      </w:r>
      <w:proofErr w:type="spellStart"/>
      <w:r>
        <w:t>codziennym</w:t>
      </w:r>
      <w:proofErr w:type="spellEnd"/>
      <w:r>
        <w:t xml:space="preserve"> </w:t>
      </w:r>
      <w:proofErr w:type="spellStart"/>
      <w:r>
        <w:t>funkcjonowaniu</w:t>
      </w:r>
      <w:proofErr w:type="spellEnd"/>
      <w:r>
        <w:t xml:space="preserve">. </w:t>
      </w:r>
      <w:proofErr w:type="spellStart"/>
      <w:r>
        <w:t>Uwzględnij</w:t>
      </w:r>
      <w:proofErr w:type="spellEnd"/>
      <w:r>
        <w:t xml:space="preserve"> </w:t>
      </w:r>
      <w:proofErr w:type="spellStart"/>
      <w:r>
        <w:t>informacje</w:t>
      </w:r>
      <w:proofErr w:type="spellEnd"/>
      <w:r>
        <w:t xml:space="preserve"> </w:t>
      </w:r>
      <w:proofErr w:type="spellStart"/>
      <w:r>
        <w:t>adekwatn</w:t>
      </w:r>
      <w:r>
        <w:t>e</w:t>
      </w:r>
      <w:proofErr w:type="spellEnd"/>
      <w:r>
        <w:t xml:space="preserve"> do </w:t>
      </w:r>
      <w:proofErr w:type="spellStart"/>
      <w:r>
        <w:t>wieku</w:t>
      </w:r>
      <w:proofErr w:type="spellEnd"/>
      <w:r>
        <w:t xml:space="preserve"> ucznia </w:t>
      </w:r>
      <w:proofErr w:type="spellStart"/>
      <w:r>
        <w:t>i</w:t>
      </w:r>
      <w:proofErr w:type="spellEnd"/>
      <w:r>
        <w:t xml:space="preserve"> </w:t>
      </w:r>
      <w:proofErr w:type="spellStart"/>
      <w:r>
        <w:t>jego</w:t>
      </w:r>
      <w:proofErr w:type="spellEnd"/>
      <w:r>
        <w:t xml:space="preserve"> </w:t>
      </w:r>
      <w:proofErr w:type="spellStart"/>
      <w:r>
        <w:t>poziomu</w:t>
      </w:r>
      <w:proofErr w:type="spellEnd"/>
      <w:r>
        <w:t xml:space="preserve"> </w:t>
      </w:r>
      <w:proofErr w:type="spellStart"/>
      <w:r>
        <w:t>rozwoju</w:t>
      </w:r>
      <w:proofErr w:type="spellEnd"/>
      <w:r>
        <w:t>.</w:t>
      </w:r>
    </w:p>
    <w:p w14:paraId="07EF9BE3" w14:textId="77777777" w:rsidR="00F56265" w:rsidRDefault="006F7B0F">
      <w:pPr>
        <w:pStyle w:val="Nagwek2"/>
      </w:pPr>
      <w:r>
        <w:t xml:space="preserve">3.1. </w:t>
      </w:r>
      <w:proofErr w:type="spellStart"/>
      <w:r>
        <w:t>Uczenie</w:t>
      </w:r>
      <w:proofErr w:type="spellEnd"/>
      <w:r>
        <w:t xml:space="preserve"> </w:t>
      </w:r>
      <w:proofErr w:type="spellStart"/>
      <w:r>
        <w:t>się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stosowanie</w:t>
      </w:r>
      <w:proofErr w:type="spellEnd"/>
      <w:r>
        <w:t xml:space="preserve"> </w:t>
      </w:r>
      <w:proofErr w:type="spellStart"/>
      <w:r>
        <w:t>wiedzy</w:t>
      </w:r>
      <w:proofErr w:type="spellEnd"/>
    </w:p>
    <w:p w14:paraId="0E3C18DA" w14:textId="77777777" w:rsidR="00F56265" w:rsidRDefault="006F7B0F">
      <w:proofErr w:type="spellStart"/>
      <w:r>
        <w:rPr>
          <w:i/>
        </w:rPr>
        <w:t>Możesz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uwzględnić</w:t>
      </w:r>
      <w:proofErr w:type="spellEnd"/>
      <w:r>
        <w:rPr>
          <w:i/>
        </w:rPr>
        <w:t xml:space="preserve">: </w:t>
      </w:r>
      <w:proofErr w:type="spellStart"/>
      <w:r>
        <w:rPr>
          <w:i/>
        </w:rPr>
        <w:t>rozumienie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i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przyswajanie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wiadomości</w:t>
      </w:r>
      <w:proofErr w:type="spellEnd"/>
      <w:r>
        <w:rPr>
          <w:i/>
        </w:rPr>
        <w:t xml:space="preserve">, </w:t>
      </w:r>
      <w:proofErr w:type="spellStart"/>
      <w:r>
        <w:rPr>
          <w:i/>
        </w:rPr>
        <w:t>czytanie</w:t>
      </w:r>
      <w:proofErr w:type="spellEnd"/>
      <w:r>
        <w:rPr>
          <w:i/>
        </w:rPr>
        <w:t xml:space="preserve">, </w:t>
      </w:r>
      <w:proofErr w:type="spellStart"/>
      <w:r>
        <w:rPr>
          <w:i/>
        </w:rPr>
        <w:t>pisanie</w:t>
      </w:r>
      <w:proofErr w:type="spellEnd"/>
      <w:r>
        <w:rPr>
          <w:i/>
        </w:rPr>
        <w:t xml:space="preserve">, </w:t>
      </w:r>
      <w:proofErr w:type="spellStart"/>
      <w:r>
        <w:rPr>
          <w:i/>
        </w:rPr>
        <w:t>liczenie</w:t>
      </w:r>
      <w:proofErr w:type="spellEnd"/>
      <w:r>
        <w:rPr>
          <w:i/>
        </w:rPr>
        <w:t xml:space="preserve">, </w:t>
      </w:r>
      <w:proofErr w:type="spellStart"/>
      <w:r>
        <w:rPr>
          <w:i/>
        </w:rPr>
        <w:t>rozwiązywanie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problemów</w:t>
      </w:r>
      <w:proofErr w:type="spellEnd"/>
      <w:r>
        <w:rPr>
          <w:i/>
        </w:rPr>
        <w:t xml:space="preserve">, </w:t>
      </w:r>
      <w:proofErr w:type="spellStart"/>
      <w:r>
        <w:rPr>
          <w:i/>
        </w:rPr>
        <w:t>koncentrację</w:t>
      </w:r>
      <w:proofErr w:type="spellEnd"/>
      <w:r>
        <w:rPr>
          <w:i/>
        </w:rPr>
        <w:t xml:space="preserve">, </w:t>
      </w:r>
      <w:proofErr w:type="spellStart"/>
      <w:r>
        <w:rPr>
          <w:i/>
        </w:rPr>
        <w:t>pamięć</w:t>
      </w:r>
      <w:proofErr w:type="spellEnd"/>
      <w:r>
        <w:rPr>
          <w:i/>
        </w:rPr>
        <w:t xml:space="preserve">, tempo </w:t>
      </w:r>
      <w:proofErr w:type="spellStart"/>
      <w:r>
        <w:rPr>
          <w:i/>
        </w:rPr>
        <w:t>uczenia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się</w:t>
      </w:r>
      <w:proofErr w:type="spellEnd"/>
      <w:r>
        <w:rPr>
          <w:i/>
        </w:rPr>
        <w:t xml:space="preserve">, </w:t>
      </w:r>
      <w:proofErr w:type="spellStart"/>
      <w:r>
        <w:rPr>
          <w:i/>
        </w:rPr>
        <w:t>wykorzystywanie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wiedzy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i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samodzielność</w:t>
      </w:r>
      <w:proofErr w:type="spellEnd"/>
      <w:r>
        <w:rPr>
          <w:i/>
        </w:rPr>
        <w:t xml:space="preserve"> w </w:t>
      </w:r>
      <w:proofErr w:type="spellStart"/>
      <w:r>
        <w:rPr>
          <w:i/>
        </w:rPr>
        <w:t>uczeniu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się</w:t>
      </w:r>
      <w:proofErr w:type="spellEnd"/>
      <w:r>
        <w:rPr>
          <w:i/>
        </w:rPr>
        <w:t>.</w:t>
      </w:r>
    </w:p>
    <w:p w14:paraId="32921E51" w14:textId="77777777" w:rsidR="00F56265" w:rsidRDefault="006F7B0F">
      <w:proofErr w:type="spellStart"/>
      <w:r>
        <w:rPr>
          <w:b/>
        </w:rPr>
        <w:t>Mocne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strony</w:t>
      </w:r>
      <w:proofErr w:type="spellEnd"/>
      <w:r>
        <w:rPr>
          <w:b/>
        </w:rPr>
        <w:t xml:space="preserve">, </w:t>
      </w:r>
      <w:proofErr w:type="spellStart"/>
      <w:r>
        <w:rPr>
          <w:b/>
        </w:rPr>
        <w:t>umiejętności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uzdolnienia</w:t>
      </w:r>
      <w:proofErr w:type="spellEnd"/>
      <w:r>
        <w:rPr>
          <w:b/>
        </w:rPr>
        <w:t xml:space="preserve">: </w:t>
      </w:r>
      <w:proofErr w:type="spellStart"/>
      <w:r>
        <w:rPr>
          <w:i/>
        </w:rPr>
        <w:t>Wpisz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krótki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opis</w:t>
      </w:r>
      <w:proofErr w:type="spellEnd"/>
      <w:r>
        <w:rPr>
          <w:i/>
        </w:rPr>
        <w:t>.</w:t>
      </w:r>
    </w:p>
    <w:p w14:paraId="2AA1C8F7" w14:textId="77777777" w:rsidR="00F56265" w:rsidRDefault="006F7B0F">
      <w:proofErr w:type="spellStart"/>
      <w:r>
        <w:rPr>
          <w:b/>
        </w:rPr>
        <w:t>Trudności</w:t>
      </w:r>
      <w:proofErr w:type="spellEnd"/>
      <w:r>
        <w:rPr>
          <w:b/>
        </w:rPr>
        <w:t xml:space="preserve"> w </w:t>
      </w:r>
      <w:proofErr w:type="spellStart"/>
      <w:r>
        <w:rPr>
          <w:b/>
        </w:rPr>
        <w:t>codziennym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funkcjonowaniu</w:t>
      </w:r>
      <w:proofErr w:type="spellEnd"/>
      <w:r>
        <w:rPr>
          <w:b/>
        </w:rPr>
        <w:t xml:space="preserve">: </w:t>
      </w:r>
      <w:proofErr w:type="spellStart"/>
      <w:r>
        <w:rPr>
          <w:i/>
        </w:rPr>
        <w:t>Wpisz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krótki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opis</w:t>
      </w:r>
      <w:proofErr w:type="spellEnd"/>
      <w:r>
        <w:rPr>
          <w:i/>
        </w:rPr>
        <w:t>.</w:t>
      </w:r>
    </w:p>
    <w:p w14:paraId="1BA786C5" w14:textId="77777777" w:rsidR="00F56265" w:rsidRDefault="006F7B0F">
      <w:pPr>
        <w:pStyle w:val="Nagwek2"/>
      </w:pPr>
      <w:r>
        <w:t xml:space="preserve">3.2. </w:t>
      </w:r>
      <w:proofErr w:type="spellStart"/>
      <w:r>
        <w:t>Ogólne</w:t>
      </w:r>
      <w:proofErr w:type="spellEnd"/>
      <w:r>
        <w:t xml:space="preserve"> </w:t>
      </w:r>
      <w:proofErr w:type="spellStart"/>
      <w:r>
        <w:t>zadania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obowiązki</w:t>
      </w:r>
      <w:proofErr w:type="spellEnd"/>
    </w:p>
    <w:p w14:paraId="04EA01A5" w14:textId="77777777" w:rsidR="00F56265" w:rsidRDefault="006F7B0F">
      <w:proofErr w:type="spellStart"/>
      <w:r>
        <w:rPr>
          <w:i/>
        </w:rPr>
        <w:t>Możesz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uwzględnić</w:t>
      </w:r>
      <w:proofErr w:type="spellEnd"/>
      <w:r>
        <w:rPr>
          <w:i/>
        </w:rPr>
        <w:t xml:space="preserve">: </w:t>
      </w:r>
      <w:proofErr w:type="spellStart"/>
      <w:r>
        <w:rPr>
          <w:i/>
        </w:rPr>
        <w:t>rozpoczynanie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i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kończenie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zadań</w:t>
      </w:r>
      <w:proofErr w:type="spellEnd"/>
      <w:r>
        <w:rPr>
          <w:i/>
        </w:rPr>
        <w:t xml:space="preserve">, </w:t>
      </w:r>
      <w:proofErr w:type="spellStart"/>
      <w:r>
        <w:rPr>
          <w:i/>
        </w:rPr>
        <w:t>organizowanie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pracy</w:t>
      </w:r>
      <w:proofErr w:type="spellEnd"/>
      <w:r>
        <w:rPr>
          <w:i/>
        </w:rPr>
        <w:t xml:space="preserve">, </w:t>
      </w:r>
      <w:proofErr w:type="spellStart"/>
      <w:r>
        <w:rPr>
          <w:i/>
        </w:rPr>
        <w:t>wyk</w:t>
      </w:r>
      <w:r>
        <w:rPr>
          <w:i/>
        </w:rPr>
        <w:t>onywanie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poleceń</w:t>
      </w:r>
      <w:proofErr w:type="spellEnd"/>
      <w:r>
        <w:rPr>
          <w:i/>
        </w:rPr>
        <w:t xml:space="preserve">, </w:t>
      </w:r>
      <w:proofErr w:type="spellStart"/>
      <w:r>
        <w:rPr>
          <w:i/>
        </w:rPr>
        <w:t>pracę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zgodnie</w:t>
      </w:r>
      <w:proofErr w:type="spellEnd"/>
      <w:r>
        <w:rPr>
          <w:i/>
        </w:rPr>
        <w:t xml:space="preserve"> z </w:t>
      </w:r>
      <w:proofErr w:type="spellStart"/>
      <w:r>
        <w:rPr>
          <w:i/>
        </w:rPr>
        <w:t>planem</w:t>
      </w:r>
      <w:proofErr w:type="spellEnd"/>
      <w:r>
        <w:rPr>
          <w:i/>
        </w:rPr>
        <w:t xml:space="preserve">, </w:t>
      </w:r>
      <w:proofErr w:type="spellStart"/>
      <w:r>
        <w:rPr>
          <w:i/>
        </w:rPr>
        <w:t>radzenie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sobie</w:t>
      </w:r>
      <w:proofErr w:type="spellEnd"/>
      <w:r>
        <w:rPr>
          <w:i/>
        </w:rPr>
        <w:t xml:space="preserve"> z </w:t>
      </w:r>
      <w:proofErr w:type="spellStart"/>
      <w:r>
        <w:rPr>
          <w:i/>
        </w:rPr>
        <w:t>wieloma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zadaniami</w:t>
      </w:r>
      <w:proofErr w:type="spellEnd"/>
      <w:r>
        <w:rPr>
          <w:i/>
        </w:rPr>
        <w:t xml:space="preserve">, </w:t>
      </w:r>
      <w:proofErr w:type="spellStart"/>
      <w:r>
        <w:rPr>
          <w:i/>
        </w:rPr>
        <w:t>zmianą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i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wymaganiami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szkolnymi</w:t>
      </w:r>
      <w:proofErr w:type="spellEnd"/>
      <w:r>
        <w:rPr>
          <w:i/>
        </w:rPr>
        <w:t>.</w:t>
      </w:r>
    </w:p>
    <w:p w14:paraId="204DD4C2" w14:textId="77777777" w:rsidR="00F56265" w:rsidRDefault="006F7B0F">
      <w:proofErr w:type="spellStart"/>
      <w:r>
        <w:rPr>
          <w:b/>
        </w:rPr>
        <w:t>Mocne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strony</w:t>
      </w:r>
      <w:proofErr w:type="spellEnd"/>
      <w:r>
        <w:rPr>
          <w:b/>
        </w:rPr>
        <w:t xml:space="preserve">, </w:t>
      </w:r>
      <w:proofErr w:type="spellStart"/>
      <w:r>
        <w:rPr>
          <w:b/>
        </w:rPr>
        <w:t>umiejętności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uzdolnienia</w:t>
      </w:r>
      <w:proofErr w:type="spellEnd"/>
      <w:r>
        <w:rPr>
          <w:b/>
        </w:rPr>
        <w:t xml:space="preserve">: </w:t>
      </w:r>
      <w:proofErr w:type="spellStart"/>
      <w:r>
        <w:rPr>
          <w:i/>
        </w:rPr>
        <w:t>Wpisz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krótki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opis</w:t>
      </w:r>
      <w:proofErr w:type="spellEnd"/>
      <w:r>
        <w:rPr>
          <w:i/>
        </w:rPr>
        <w:t>.</w:t>
      </w:r>
    </w:p>
    <w:p w14:paraId="64E7EAB2" w14:textId="77777777" w:rsidR="00F56265" w:rsidRDefault="006F7B0F">
      <w:proofErr w:type="spellStart"/>
      <w:r>
        <w:rPr>
          <w:b/>
        </w:rPr>
        <w:t>Trudności</w:t>
      </w:r>
      <w:proofErr w:type="spellEnd"/>
      <w:r>
        <w:rPr>
          <w:b/>
        </w:rPr>
        <w:t xml:space="preserve"> w </w:t>
      </w:r>
      <w:proofErr w:type="spellStart"/>
      <w:r>
        <w:rPr>
          <w:b/>
        </w:rPr>
        <w:t>codziennym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funkcjonowaniu</w:t>
      </w:r>
      <w:proofErr w:type="spellEnd"/>
      <w:r>
        <w:rPr>
          <w:b/>
        </w:rPr>
        <w:t xml:space="preserve">: </w:t>
      </w:r>
      <w:proofErr w:type="spellStart"/>
      <w:r>
        <w:rPr>
          <w:i/>
        </w:rPr>
        <w:t>Wpisz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krótki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opis</w:t>
      </w:r>
      <w:proofErr w:type="spellEnd"/>
      <w:r>
        <w:rPr>
          <w:i/>
        </w:rPr>
        <w:t>.</w:t>
      </w:r>
    </w:p>
    <w:p w14:paraId="30238ECC" w14:textId="77777777" w:rsidR="00F56265" w:rsidRDefault="006F7B0F">
      <w:pPr>
        <w:pStyle w:val="Nagwek2"/>
      </w:pPr>
      <w:r>
        <w:lastRenderedPageBreak/>
        <w:t xml:space="preserve">3.3. </w:t>
      </w:r>
      <w:proofErr w:type="spellStart"/>
      <w:r>
        <w:t>Porozumiewanie</w:t>
      </w:r>
      <w:proofErr w:type="spellEnd"/>
      <w:r>
        <w:t xml:space="preserve"> </w:t>
      </w:r>
      <w:proofErr w:type="spellStart"/>
      <w:r>
        <w:t>się</w:t>
      </w:r>
      <w:proofErr w:type="spellEnd"/>
    </w:p>
    <w:p w14:paraId="5F2A03AC" w14:textId="77777777" w:rsidR="00F56265" w:rsidRDefault="006F7B0F">
      <w:proofErr w:type="spellStart"/>
      <w:r>
        <w:rPr>
          <w:i/>
        </w:rPr>
        <w:t>Moż</w:t>
      </w:r>
      <w:r>
        <w:rPr>
          <w:i/>
        </w:rPr>
        <w:t>esz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uwzględnić</w:t>
      </w:r>
      <w:proofErr w:type="spellEnd"/>
      <w:r>
        <w:rPr>
          <w:i/>
        </w:rPr>
        <w:t xml:space="preserve">: </w:t>
      </w:r>
      <w:proofErr w:type="spellStart"/>
      <w:r>
        <w:rPr>
          <w:i/>
        </w:rPr>
        <w:t>rozumienie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komunikatów</w:t>
      </w:r>
      <w:proofErr w:type="spellEnd"/>
      <w:r>
        <w:rPr>
          <w:i/>
        </w:rPr>
        <w:t xml:space="preserve">, </w:t>
      </w:r>
      <w:proofErr w:type="spellStart"/>
      <w:r>
        <w:rPr>
          <w:i/>
        </w:rPr>
        <w:t>formułowanie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wypowiedzi</w:t>
      </w:r>
      <w:proofErr w:type="spellEnd"/>
      <w:r>
        <w:rPr>
          <w:i/>
        </w:rPr>
        <w:t xml:space="preserve">, </w:t>
      </w:r>
      <w:proofErr w:type="spellStart"/>
      <w:r>
        <w:rPr>
          <w:i/>
        </w:rPr>
        <w:t>udział</w:t>
      </w:r>
      <w:proofErr w:type="spellEnd"/>
      <w:r>
        <w:rPr>
          <w:i/>
        </w:rPr>
        <w:t xml:space="preserve"> w </w:t>
      </w:r>
      <w:proofErr w:type="spellStart"/>
      <w:r>
        <w:rPr>
          <w:i/>
        </w:rPr>
        <w:t>rozmowie</w:t>
      </w:r>
      <w:proofErr w:type="spellEnd"/>
      <w:r>
        <w:rPr>
          <w:i/>
        </w:rPr>
        <w:t xml:space="preserve">, </w:t>
      </w:r>
      <w:proofErr w:type="spellStart"/>
      <w:r>
        <w:rPr>
          <w:i/>
        </w:rPr>
        <w:t>komunikowanie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potrzeb</w:t>
      </w:r>
      <w:proofErr w:type="spellEnd"/>
      <w:r>
        <w:rPr>
          <w:i/>
        </w:rPr>
        <w:t xml:space="preserve">, </w:t>
      </w:r>
      <w:proofErr w:type="spellStart"/>
      <w:r>
        <w:rPr>
          <w:i/>
        </w:rPr>
        <w:t>rozumienie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języka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pisanego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i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niewerbalnego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oraz</w:t>
      </w:r>
      <w:proofErr w:type="spellEnd"/>
      <w:r>
        <w:rPr>
          <w:i/>
        </w:rPr>
        <w:t xml:space="preserve"> AAC, </w:t>
      </w:r>
      <w:proofErr w:type="spellStart"/>
      <w:r>
        <w:rPr>
          <w:i/>
        </w:rPr>
        <w:t>jeżeli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dotyczy</w:t>
      </w:r>
      <w:proofErr w:type="spellEnd"/>
      <w:r>
        <w:rPr>
          <w:i/>
        </w:rPr>
        <w:t>.</w:t>
      </w:r>
    </w:p>
    <w:p w14:paraId="69DBB5F9" w14:textId="77777777" w:rsidR="00F56265" w:rsidRDefault="006F7B0F">
      <w:proofErr w:type="spellStart"/>
      <w:r>
        <w:rPr>
          <w:b/>
        </w:rPr>
        <w:t>Mocne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strony</w:t>
      </w:r>
      <w:proofErr w:type="spellEnd"/>
      <w:r>
        <w:rPr>
          <w:b/>
        </w:rPr>
        <w:t xml:space="preserve">, </w:t>
      </w:r>
      <w:proofErr w:type="spellStart"/>
      <w:r>
        <w:rPr>
          <w:b/>
        </w:rPr>
        <w:t>umiejętności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uzdolnienia</w:t>
      </w:r>
      <w:proofErr w:type="spellEnd"/>
      <w:r>
        <w:rPr>
          <w:b/>
        </w:rPr>
        <w:t xml:space="preserve">: </w:t>
      </w:r>
      <w:proofErr w:type="spellStart"/>
      <w:r>
        <w:rPr>
          <w:i/>
        </w:rPr>
        <w:t>Wpisz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krótki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opis</w:t>
      </w:r>
      <w:proofErr w:type="spellEnd"/>
      <w:r>
        <w:rPr>
          <w:i/>
        </w:rPr>
        <w:t>.</w:t>
      </w:r>
    </w:p>
    <w:p w14:paraId="2CE0FF27" w14:textId="77777777" w:rsidR="00F56265" w:rsidRDefault="006F7B0F">
      <w:proofErr w:type="spellStart"/>
      <w:r>
        <w:rPr>
          <w:b/>
        </w:rPr>
        <w:t>Trudności</w:t>
      </w:r>
      <w:proofErr w:type="spellEnd"/>
      <w:r>
        <w:rPr>
          <w:b/>
        </w:rPr>
        <w:t xml:space="preserve"> w </w:t>
      </w:r>
      <w:proofErr w:type="spellStart"/>
      <w:r>
        <w:rPr>
          <w:b/>
        </w:rPr>
        <w:t>codzien</w:t>
      </w:r>
      <w:r>
        <w:rPr>
          <w:b/>
        </w:rPr>
        <w:t>nym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funkcjonowaniu</w:t>
      </w:r>
      <w:proofErr w:type="spellEnd"/>
      <w:r>
        <w:rPr>
          <w:b/>
        </w:rPr>
        <w:t xml:space="preserve">: </w:t>
      </w:r>
      <w:proofErr w:type="spellStart"/>
      <w:r>
        <w:rPr>
          <w:i/>
        </w:rPr>
        <w:t>Wpisz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krótki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opis</w:t>
      </w:r>
      <w:proofErr w:type="spellEnd"/>
      <w:r>
        <w:rPr>
          <w:i/>
        </w:rPr>
        <w:t>.</w:t>
      </w:r>
    </w:p>
    <w:p w14:paraId="4EA95202" w14:textId="77777777" w:rsidR="00F56265" w:rsidRDefault="006F7B0F">
      <w:pPr>
        <w:pStyle w:val="Nagwek2"/>
      </w:pPr>
      <w:r>
        <w:t xml:space="preserve">3.4. </w:t>
      </w:r>
      <w:proofErr w:type="spellStart"/>
      <w:r>
        <w:t>Motoryka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poruszanie</w:t>
      </w:r>
      <w:proofErr w:type="spellEnd"/>
      <w:r>
        <w:t xml:space="preserve"> </w:t>
      </w:r>
      <w:proofErr w:type="spellStart"/>
      <w:r>
        <w:t>się</w:t>
      </w:r>
      <w:proofErr w:type="spellEnd"/>
      <w:r>
        <w:t xml:space="preserve">, w </w:t>
      </w:r>
      <w:proofErr w:type="spellStart"/>
      <w:r>
        <w:t>tym</w:t>
      </w:r>
      <w:proofErr w:type="spellEnd"/>
      <w:r>
        <w:t xml:space="preserve"> </w:t>
      </w:r>
      <w:proofErr w:type="spellStart"/>
      <w:r>
        <w:t>mobilność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aktywność</w:t>
      </w:r>
      <w:proofErr w:type="spellEnd"/>
      <w:r>
        <w:t xml:space="preserve"> </w:t>
      </w:r>
      <w:proofErr w:type="spellStart"/>
      <w:r>
        <w:t>manualna</w:t>
      </w:r>
      <w:proofErr w:type="spellEnd"/>
    </w:p>
    <w:p w14:paraId="50BC0492" w14:textId="77777777" w:rsidR="00F56265" w:rsidRDefault="006F7B0F">
      <w:proofErr w:type="spellStart"/>
      <w:r>
        <w:rPr>
          <w:i/>
        </w:rPr>
        <w:t>Możesz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uwzględnić</w:t>
      </w:r>
      <w:proofErr w:type="spellEnd"/>
      <w:r>
        <w:rPr>
          <w:i/>
        </w:rPr>
        <w:t xml:space="preserve">: </w:t>
      </w:r>
      <w:proofErr w:type="spellStart"/>
      <w:r>
        <w:rPr>
          <w:i/>
        </w:rPr>
        <w:t>przemieszczanie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się</w:t>
      </w:r>
      <w:proofErr w:type="spellEnd"/>
      <w:r>
        <w:rPr>
          <w:i/>
        </w:rPr>
        <w:t xml:space="preserve"> w </w:t>
      </w:r>
      <w:proofErr w:type="spellStart"/>
      <w:r>
        <w:rPr>
          <w:i/>
        </w:rPr>
        <w:t>szkole</w:t>
      </w:r>
      <w:proofErr w:type="spellEnd"/>
      <w:r>
        <w:rPr>
          <w:i/>
        </w:rPr>
        <w:t xml:space="preserve">, </w:t>
      </w:r>
      <w:proofErr w:type="spellStart"/>
      <w:r>
        <w:rPr>
          <w:i/>
        </w:rPr>
        <w:t>zmianę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pozycji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ciała</w:t>
      </w:r>
      <w:proofErr w:type="spellEnd"/>
      <w:r>
        <w:rPr>
          <w:i/>
        </w:rPr>
        <w:t xml:space="preserve">, </w:t>
      </w:r>
      <w:proofErr w:type="spellStart"/>
      <w:r>
        <w:rPr>
          <w:i/>
        </w:rPr>
        <w:t>udział</w:t>
      </w:r>
      <w:proofErr w:type="spellEnd"/>
      <w:r>
        <w:rPr>
          <w:i/>
        </w:rPr>
        <w:t xml:space="preserve"> w </w:t>
      </w:r>
      <w:proofErr w:type="spellStart"/>
      <w:r>
        <w:rPr>
          <w:i/>
        </w:rPr>
        <w:t>aktywnościach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ruchowych</w:t>
      </w:r>
      <w:proofErr w:type="spellEnd"/>
      <w:r>
        <w:rPr>
          <w:i/>
        </w:rPr>
        <w:t xml:space="preserve">, </w:t>
      </w:r>
      <w:proofErr w:type="spellStart"/>
      <w:r>
        <w:rPr>
          <w:i/>
        </w:rPr>
        <w:t>sprawność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rąk</w:t>
      </w:r>
      <w:proofErr w:type="spellEnd"/>
      <w:r>
        <w:rPr>
          <w:i/>
        </w:rPr>
        <w:t xml:space="preserve">, </w:t>
      </w:r>
      <w:proofErr w:type="spellStart"/>
      <w:r>
        <w:rPr>
          <w:i/>
        </w:rPr>
        <w:t>pisanie</w:t>
      </w:r>
      <w:proofErr w:type="spellEnd"/>
      <w:r>
        <w:rPr>
          <w:i/>
        </w:rPr>
        <w:t xml:space="preserve">, </w:t>
      </w:r>
      <w:proofErr w:type="spellStart"/>
      <w:r>
        <w:rPr>
          <w:i/>
        </w:rPr>
        <w:t>posługiwanie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się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przyborami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i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materiałami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szkolnymi</w:t>
      </w:r>
      <w:proofErr w:type="spellEnd"/>
      <w:r>
        <w:rPr>
          <w:i/>
        </w:rPr>
        <w:t>.</w:t>
      </w:r>
    </w:p>
    <w:p w14:paraId="580839D1" w14:textId="77777777" w:rsidR="00F56265" w:rsidRDefault="006F7B0F">
      <w:proofErr w:type="spellStart"/>
      <w:r>
        <w:rPr>
          <w:b/>
        </w:rPr>
        <w:t>Mocne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strony</w:t>
      </w:r>
      <w:proofErr w:type="spellEnd"/>
      <w:r>
        <w:rPr>
          <w:b/>
        </w:rPr>
        <w:t xml:space="preserve">, </w:t>
      </w:r>
      <w:proofErr w:type="spellStart"/>
      <w:r>
        <w:rPr>
          <w:b/>
        </w:rPr>
        <w:t>umiejętności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uzdolnienia</w:t>
      </w:r>
      <w:proofErr w:type="spellEnd"/>
      <w:r>
        <w:rPr>
          <w:b/>
        </w:rPr>
        <w:t xml:space="preserve">: </w:t>
      </w:r>
      <w:proofErr w:type="spellStart"/>
      <w:r>
        <w:rPr>
          <w:i/>
        </w:rPr>
        <w:t>Wpisz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krótki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opis</w:t>
      </w:r>
      <w:proofErr w:type="spellEnd"/>
      <w:r>
        <w:rPr>
          <w:i/>
        </w:rPr>
        <w:t>.</w:t>
      </w:r>
    </w:p>
    <w:p w14:paraId="4E9EEC87" w14:textId="77777777" w:rsidR="00F56265" w:rsidRDefault="006F7B0F">
      <w:proofErr w:type="spellStart"/>
      <w:r>
        <w:rPr>
          <w:b/>
        </w:rPr>
        <w:t>Trudności</w:t>
      </w:r>
      <w:proofErr w:type="spellEnd"/>
      <w:r>
        <w:rPr>
          <w:b/>
        </w:rPr>
        <w:t xml:space="preserve"> w </w:t>
      </w:r>
      <w:proofErr w:type="spellStart"/>
      <w:r>
        <w:rPr>
          <w:b/>
        </w:rPr>
        <w:t>codziennym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funkcjonowaniu</w:t>
      </w:r>
      <w:proofErr w:type="spellEnd"/>
      <w:r>
        <w:rPr>
          <w:b/>
        </w:rPr>
        <w:t xml:space="preserve">: </w:t>
      </w:r>
      <w:proofErr w:type="spellStart"/>
      <w:r>
        <w:rPr>
          <w:i/>
        </w:rPr>
        <w:t>Wpisz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krótki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opis</w:t>
      </w:r>
      <w:proofErr w:type="spellEnd"/>
      <w:r>
        <w:rPr>
          <w:i/>
        </w:rPr>
        <w:t>.</w:t>
      </w:r>
    </w:p>
    <w:p w14:paraId="41E4DC92" w14:textId="77777777" w:rsidR="00F56265" w:rsidRDefault="006F7B0F">
      <w:pPr>
        <w:pStyle w:val="Nagwek2"/>
      </w:pPr>
      <w:r>
        <w:t xml:space="preserve">3.5. </w:t>
      </w:r>
      <w:proofErr w:type="spellStart"/>
      <w:r>
        <w:t>Dbanie</w:t>
      </w:r>
      <w:proofErr w:type="spellEnd"/>
      <w:r>
        <w:t xml:space="preserve"> o </w:t>
      </w:r>
      <w:proofErr w:type="spellStart"/>
      <w:r>
        <w:t>siebie</w:t>
      </w:r>
      <w:proofErr w:type="spellEnd"/>
      <w:r>
        <w:t xml:space="preserve">, </w:t>
      </w:r>
      <w:proofErr w:type="spellStart"/>
      <w:r>
        <w:t>samoobsługa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samodzielność</w:t>
      </w:r>
      <w:proofErr w:type="spellEnd"/>
    </w:p>
    <w:p w14:paraId="03EEAB9A" w14:textId="77777777" w:rsidR="00F56265" w:rsidRDefault="006F7B0F">
      <w:proofErr w:type="spellStart"/>
      <w:r>
        <w:rPr>
          <w:i/>
        </w:rPr>
        <w:t>Możesz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uwzględnić</w:t>
      </w:r>
      <w:proofErr w:type="spellEnd"/>
      <w:r>
        <w:rPr>
          <w:i/>
        </w:rPr>
        <w:t xml:space="preserve">: </w:t>
      </w:r>
      <w:proofErr w:type="spellStart"/>
      <w:r>
        <w:rPr>
          <w:i/>
        </w:rPr>
        <w:t>czynności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higieniczne</w:t>
      </w:r>
      <w:proofErr w:type="spellEnd"/>
      <w:r>
        <w:rPr>
          <w:i/>
        </w:rPr>
        <w:t xml:space="preserve">, </w:t>
      </w:r>
      <w:proofErr w:type="spellStart"/>
      <w:r>
        <w:rPr>
          <w:i/>
        </w:rPr>
        <w:t>ubieranie</w:t>
      </w:r>
      <w:proofErr w:type="spellEnd"/>
      <w:r>
        <w:rPr>
          <w:i/>
        </w:rPr>
        <w:t xml:space="preserve">, </w:t>
      </w:r>
      <w:proofErr w:type="spellStart"/>
      <w:r>
        <w:rPr>
          <w:i/>
        </w:rPr>
        <w:t>jedzenie</w:t>
      </w:r>
      <w:proofErr w:type="spellEnd"/>
      <w:r>
        <w:rPr>
          <w:i/>
        </w:rPr>
        <w:t xml:space="preserve">, </w:t>
      </w:r>
      <w:proofErr w:type="spellStart"/>
      <w:r>
        <w:rPr>
          <w:i/>
        </w:rPr>
        <w:t>korzystanie</w:t>
      </w:r>
      <w:proofErr w:type="spellEnd"/>
      <w:r>
        <w:rPr>
          <w:i/>
        </w:rPr>
        <w:t xml:space="preserve"> z </w:t>
      </w:r>
      <w:proofErr w:type="spellStart"/>
      <w:r>
        <w:rPr>
          <w:i/>
        </w:rPr>
        <w:t>toalety</w:t>
      </w:r>
      <w:proofErr w:type="spellEnd"/>
      <w:r>
        <w:rPr>
          <w:i/>
        </w:rPr>
        <w:t xml:space="preserve">, </w:t>
      </w:r>
      <w:proofErr w:type="spellStart"/>
      <w:r>
        <w:rPr>
          <w:i/>
        </w:rPr>
        <w:t>dbanie</w:t>
      </w:r>
      <w:proofErr w:type="spellEnd"/>
      <w:r>
        <w:rPr>
          <w:i/>
        </w:rPr>
        <w:t xml:space="preserve"> o </w:t>
      </w:r>
      <w:proofErr w:type="spellStart"/>
      <w:r>
        <w:rPr>
          <w:i/>
        </w:rPr>
        <w:t>własne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potrzeby</w:t>
      </w:r>
      <w:proofErr w:type="spellEnd"/>
      <w:r>
        <w:rPr>
          <w:i/>
        </w:rPr>
        <w:t xml:space="preserve">, </w:t>
      </w:r>
      <w:proofErr w:type="spellStart"/>
      <w:r>
        <w:rPr>
          <w:i/>
        </w:rPr>
        <w:t>bezpieczeństwo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oraz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samodzielność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adekwatną</w:t>
      </w:r>
      <w:proofErr w:type="spellEnd"/>
      <w:r>
        <w:rPr>
          <w:i/>
        </w:rPr>
        <w:t xml:space="preserve"> do </w:t>
      </w:r>
      <w:proofErr w:type="spellStart"/>
      <w:r>
        <w:rPr>
          <w:i/>
        </w:rPr>
        <w:t>wieku</w:t>
      </w:r>
      <w:proofErr w:type="spellEnd"/>
      <w:r>
        <w:rPr>
          <w:i/>
        </w:rPr>
        <w:t>.</w:t>
      </w:r>
    </w:p>
    <w:p w14:paraId="7639EF42" w14:textId="77777777" w:rsidR="00F56265" w:rsidRDefault="006F7B0F">
      <w:proofErr w:type="spellStart"/>
      <w:r>
        <w:rPr>
          <w:b/>
        </w:rPr>
        <w:t>Mocne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strony</w:t>
      </w:r>
      <w:proofErr w:type="spellEnd"/>
      <w:r>
        <w:rPr>
          <w:b/>
        </w:rPr>
        <w:t xml:space="preserve">, </w:t>
      </w:r>
      <w:proofErr w:type="spellStart"/>
      <w:r>
        <w:rPr>
          <w:b/>
        </w:rPr>
        <w:t>umiejętności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uzdolnienia</w:t>
      </w:r>
      <w:proofErr w:type="spellEnd"/>
      <w:r>
        <w:rPr>
          <w:b/>
        </w:rPr>
        <w:t xml:space="preserve">: </w:t>
      </w:r>
      <w:proofErr w:type="spellStart"/>
      <w:r>
        <w:rPr>
          <w:i/>
        </w:rPr>
        <w:t>Wpisz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krótki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opis</w:t>
      </w:r>
      <w:proofErr w:type="spellEnd"/>
      <w:r>
        <w:rPr>
          <w:i/>
        </w:rPr>
        <w:t>.</w:t>
      </w:r>
    </w:p>
    <w:p w14:paraId="279CBFA6" w14:textId="77777777" w:rsidR="00F56265" w:rsidRDefault="006F7B0F">
      <w:proofErr w:type="spellStart"/>
      <w:r>
        <w:rPr>
          <w:b/>
        </w:rPr>
        <w:t>Trudności</w:t>
      </w:r>
      <w:proofErr w:type="spellEnd"/>
      <w:r>
        <w:rPr>
          <w:b/>
        </w:rPr>
        <w:t xml:space="preserve"> w </w:t>
      </w:r>
      <w:proofErr w:type="spellStart"/>
      <w:r>
        <w:rPr>
          <w:b/>
        </w:rPr>
        <w:t>codziennym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funkcjonowaniu</w:t>
      </w:r>
      <w:proofErr w:type="spellEnd"/>
      <w:r>
        <w:rPr>
          <w:b/>
        </w:rPr>
        <w:t xml:space="preserve">: </w:t>
      </w:r>
      <w:proofErr w:type="spellStart"/>
      <w:r>
        <w:rPr>
          <w:i/>
        </w:rPr>
        <w:t>Wpisz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krótki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opis</w:t>
      </w:r>
      <w:proofErr w:type="spellEnd"/>
      <w:r>
        <w:rPr>
          <w:i/>
        </w:rPr>
        <w:t>.</w:t>
      </w:r>
    </w:p>
    <w:p w14:paraId="437102C5" w14:textId="77777777" w:rsidR="00F56265" w:rsidRDefault="006F7B0F">
      <w:pPr>
        <w:pStyle w:val="Nagwek2"/>
      </w:pPr>
      <w:r>
        <w:t xml:space="preserve">3.6. </w:t>
      </w:r>
      <w:proofErr w:type="spellStart"/>
      <w:r>
        <w:t>Życie</w:t>
      </w:r>
      <w:proofErr w:type="spellEnd"/>
      <w:r>
        <w:t xml:space="preserve"> </w:t>
      </w:r>
      <w:proofErr w:type="spellStart"/>
      <w:r>
        <w:t>domowe</w:t>
      </w:r>
      <w:proofErr w:type="spellEnd"/>
    </w:p>
    <w:p w14:paraId="618413A2" w14:textId="77777777" w:rsidR="00F56265" w:rsidRDefault="006F7B0F">
      <w:proofErr w:type="spellStart"/>
      <w:r>
        <w:rPr>
          <w:i/>
        </w:rPr>
        <w:t>Uwzg</w:t>
      </w:r>
      <w:r>
        <w:rPr>
          <w:i/>
        </w:rPr>
        <w:t>lędnij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wyłącznie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informacje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znane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szkole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i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istotne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dla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funkcjonowania</w:t>
      </w:r>
      <w:proofErr w:type="spellEnd"/>
      <w:r>
        <w:rPr>
          <w:i/>
        </w:rPr>
        <w:t xml:space="preserve"> ucznia, np. </w:t>
      </w:r>
      <w:proofErr w:type="spellStart"/>
      <w:r>
        <w:rPr>
          <w:i/>
        </w:rPr>
        <w:t>wykonywanie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zadań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związanych</w:t>
      </w:r>
      <w:proofErr w:type="spellEnd"/>
      <w:r>
        <w:rPr>
          <w:i/>
        </w:rPr>
        <w:t xml:space="preserve"> z </w:t>
      </w:r>
      <w:proofErr w:type="spellStart"/>
      <w:r>
        <w:rPr>
          <w:i/>
        </w:rPr>
        <w:t>nauką</w:t>
      </w:r>
      <w:proofErr w:type="spellEnd"/>
      <w:r>
        <w:rPr>
          <w:i/>
        </w:rPr>
        <w:t xml:space="preserve"> w </w:t>
      </w:r>
      <w:proofErr w:type="spellStart"/>
      <w:r>
        <w:rPr>
          <w:i/>
        </w:rPr>
        <w:t>domu</w:t>
      </w:r>
      <w:proofErr w:type="spellEnd"/>
      <w:r>
        <w:rPr>
          <w:i/>
        </w:rPr>
        <w:t xml:space="preserve">, </w:t>
      </w:r>
      <w:proofErr w:type="spellStart"/>
      <w:r>
        <w:rPr>
          <w:i/>
        </w:rPr>
        <w:t>przygotowanie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potrzebnych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rzeczy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lub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korzystanie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ze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wsparcia</w:t>
      </w:r>
      <w:proofErr w:type="spellEnd"/>
      <w:r>
        <w:rPr>
          <w:i/>
        </w:rPr>
        <w:t xml:space="preserve"> w </w:t>
      </w:r>
      <w:proofErr w:type="spellStart"/>
      <w:r>
        <w:rPr>
          <w:i/>
        </w:rPr>
        <w:t>obowiązkach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szkolnych</w:t>
      </w:r>
      <w:proofErr w:type="spellEnd"/>
      <w:r>
        <w:rPr>
          <w:i/>
        </w:rPr>
        <w:t>.</w:t>
      </w:r>
    </w:p>
    <w:p w14:paraId="22F2266A" w14:textId="77777777" w:rsidR="00F56265" w:rsidRDefault="006F7B0F">
      <w:proofErr w:type="spellStart"/>
      <w:r>
        <w:rPr>
          <w:b/>
        </w:rPr>
        <w:t>Mocne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strony</w:t>
      </w:r>
      <w:proofErr w:type="spellEnd"/>
      <w:r>
        <w:rPr>
          <w:b/>
        </w:rPr>
        <w:t xml:space="preserve">, </w:t>
      </w:r>
      <w:proofErr w:type="spellStart"/>
      <w:r>
        <w:rPr>
          <w:b/>
        </w:rPr>
        <w:t>umiejętności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uzdolnienia</w:t>
      </w:r>
      <w:proofErr w:type="spellEnd"/>
      <w:r>
        <w:rPr>
          <w:b/>
        </w:rPr>
        <w:t xml:space="preserve">: </w:t>
      </w:r>
      <w:proofErr w:type="spellStart"/>
      <w:r>
        <w:rPr>
          <w:i/>
        </w:rPr>
        <w:t>W</w:t>
      </w:r>
      <w:r>
        <w:rPr>
          <w:i/>
        </w:rPr>
        <w:t>pisz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krótki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opis</w:t>
      </w:r>
      <w:proofErr w:type="spellEnd"/>
      <w:r>
        <w:rPr>
          <w:i/>
        </w:rPr>
        <w:t>.</w:t>
      </w:r>
    </w:p>
    <w:p w14:paraId="3EB86DF3" w14:textId="77777777" w:rsidR="00F56265" w:rsidRDefault="006F7B0F">
      <w:proofErr w:type="spellStart"/>
      <w:r>
        <w:rPr>
          <w:b/>
        </w:rPr>
        <w:t>Trudności</w:t>
      </w:r>
      <w:proofErr w:type="spellEnd"/>
      <w:r>
        <w:rPr>
          <w:b/>
        </w:rPr>
        <w:t xml:space="preserve"> w </w:t>
      </w:r>
      <w:proofErr w:type="spellStart"/>
      <w:r>
        <w:rPr>
          <w:b/>
        </w:rPr>
        <w:t>codziennym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funkcjonowaniu</w:t>
      </w:r>
      <w:proofErr w:type="spellEnd"/>
      <w:r>
        <w:rPr>
          <w:b/>
        </w:rPr>
        <w:t xml:space="preserve">: </w:t>
      </w:r>
      <w:proofErr w:type="spellStart"/>
      <w:r>
        <w:rPr>
          <w:i/>
        </w:rPr>
        <w:t>Wpisz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krótki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opis</w:t>
      </w:r>
      <w:proofErr w:type="spellEnd"/>
      <w:r>
        <w:rPr>
          <w:i/>
        </w:rPr>
        <w:t>.</w:t>
      </w:r>
    </w:p>
    <w:p w14:paraId="445EDB05" w14:textId="77777777" w:rsidR="00F56265" w:rsidRDefault="006F7B0F">
      <w:pPr>
        <w:pStyle w:val="Nagwek2"/>
      </w:pPr>
      <w:r>
        <w:t xml:space="preserve">3.7. </w:t>
      </w:r>
      <w:proofErr w:type="spellStart"/>
      <w:r>
        <w:t>Wzajemne</w:t>
      </w:r>
      <w:proofErr w:type="spellEnd"/>
      <w:r>
        <w:t xml:space="preserve"> </w:t>
      </w:r>
      <w:proofErr w:type="spellStart"/>
      <w:r>
        <w:t>kontakty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związki</w:t>
      </w:r>
      <w:proofErr w:type="spellEnd"/>
      <w:r>
        <w:t xml:space="preserve"> </w:t>
      </w:r>
      <w:proofErr w:type="spellStart"/>
      <w:r>
        <w:t>międzyludzkie</w:t>
      </w:r>
      <w:proofErr w:type="spellEnd"/>
      <w:r>
        <w:t xml:space="preserve"> </w:t>
      </w:r>
      <w:proofErr w:type="spellStart"/>
      <w:r>
        <w:t>oraz</w:t>
      </w:r>
      <w:proofErr w:type="spellEnd"/>
      <w:r>
        <w:t xml:space="preserve"> </w:t>
      </w:r>
      <w:proofErr w:type="spellStart"/>
      <w:r>
        <w:t>życie</w:t>
      </w:r>
      <w:proofErr w:type="spellEnd"/>
      <w:r>
        <w:t xml:space="preserve"> w </w:t>
      </w:r>
      <w:proofErr w:type="spellStart"/>
      <w:r>
        <w:t>społeczności</w:t>
      </w:r>
      <w:proofErr w:type="spellEnd"/>
      <w:r>
        <w:t xml:space="preserve"> </w:t>
      </w:r>
      <w:proofErr w:type="spellStart"/>
      <w:r>
        <w:t>szkolnej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lokalnej</w:t>
      </w:r>
      <w:proofErr w:type="spellEnd"/>
    </w:p>
    <w:p w14:paraId="06051D32" w14:textId="77777777" w:rsidR="00F56265" w:rsidRDefault="006F7B0F">
      <w:proofErr w:type="spellStart"/>
      <w:r>
        <w:rPr>
          <w:i/>
        </w:rPr>
        <w:t>Możesz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uwzględnić</w:t>
      </w:r>
      <w:proofErr w:type="spellEnd"/>
      <w:r>
        <w:rPr>
          <w:i/>
        </w:rPr>
        <w:t xml:space="preserve">: </w:t>
      </w:r>
      <w:proofErr w:type="spellStart"/>
      <w:r>
        <w:rPr>
          <w:i/>
        </w:rPr>
        <w:t>relacje</w:t>
      </w:r>
      <w:proofErr w:type="spellEnd"/>
      <w:r>
        <w:rPr>
          <w:i/>
        </w:rPr>
        <w:t xml:space="preserve"> z </w:t>
      </w:r>
      <w:proofErr w:type="spellStart"/>
      <w:r>
        <w:rPr>
          <w:i/>
        </w:rPr>
        <w:t>rówieśnikami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i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dorosłymi</w:t>
      </w:r>
      <w:proofErr w:type="spellEnd"/>
      <w:r>
        <w:rPr>
          <w:i/>
        </w:rPr>
        <w:t xml:space="preserve">, </w:t>
      </w:r>
      <w:proofErr w:type="spellStart"/>
      <w:r>
        <w:rPr>
          <w:i/>
        </w:rPr>
        <w:t>współpracę</w:t>
      </w:r>
      <w:proofErr w:type="spellEnd"/>
      <w:r>
        <w:rPr>
          <w:i/>
        </w:rPr>
        <w:t xml:space="preserve">, </w:t>
      </w:r>
      <w:proofErr w:type="spellStart"/>
      <w:r>
        <w:rPr>
          <w:i/>
        </w:rPr>
        <w:t>przestrzeganie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zasad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społecznych</w:t>
      </w:r>
      <w:proofErr w:type="spellEnd"/>
      <w:r>
        <w:rPr>
          <w:i/>
        </w:rPr>
        <w:t xml:space="preserve">, </w:t>
      </w:r>
      <w:proofErr w:type="spellStart"/>
      <w:r>
        <w:rPr>
          <w:i/>
        </w:rPr>
        <w:t>udział</w:t>
      </w:r>
      <w:proofErr w:type="spellEnd"/>
      <w:r>
        <w:rPr>
          <w:i/>
        </w:rPr>
        <w:t xml:space="preserve"> w </w:t>
      </w:r>
      <w:proofErr w:type="spellStart"/>
      <w:r>
        <w:rPr>
          <w:i/>
        </w:rPr>
        <w:t>życiu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klasy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i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szkoły</w:t>
      </w:r>
      <w:proofErr w:type="spellEnd"/>
      <w:r>
        <w:rPr>
          <w:i/>
        </w:rPr>
        <w:t xml:space="preserve">, </w:t>
      </w:r>
      <w:proofErr w:type="spellStart"/>
      <w:r>
        <w:rPr>
          <w:i/>
        </w:rPr>
        <w:t>reagowanie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na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konflikty</w:t>
      </w:r>
      <w:proofErr w:type="spellEnd"/>
      <w:r>
        <w:rPr>
          <w:i/>
        </w:rPr>
        <w:t xml:space="preserve">, </w:t>
      </w:r>
      <w:proofErr w:type="spellStart"/>
      <w:r>
        <w:rPr>
          <w:i/>
        </w:rPr>
        <w:t>emocje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i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sytuacje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społeczne</w:t>
      </w:r>
      <w:proofErr w:type="spellEnd"/>
      <w:r>
        <w:rPr>
          <w:i/>
        </w:rPr>
        <w:t>.</w:t>
      </w:r>
    </w:p>
    <w:p w14:paraId="0D3DBA7E" w14:textId="77777777" w:rsidR="00F56265" w:rsidRDefault="006F7B0F">
      <w:proofErr w:type="spellStart"/>
      <w:r>
        <w:rPr>
          <w:b/>
        </w:rPr>
        <w:t>Mocne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strony</w:t>
      </w:r>
      <w:proofErr w:type="spellEnd"/>
      <w:r>
        <w:rPr>
          <w:b/>
        </w:rPr>
        <w:t xml:space="preserve">, </w:t>
      </w:r>
      <w:proofErr w:type="spellStart"/>
      <w:r>
        <w:rPr>
          <w:b/>
        </w:rPr>
        <w:t>umiejętności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uzdolnienia</w:t>
      </w:r>
      <w:proofErr w:type="spellEnd"/>
      <w:r>
        <w:rPr>
          <w:b/>
        </w:rPr>
        <w:t xml:space="preserve">: </w:t>
      </w:r>
      <w:proofErr w:type="spellStart"/>
      <w:r>
        <w:rPr>
          <w:i/>
        </w:rPr>
        <w:t>Wpisz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krótki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opis</w:t>
      </w:r>
      <w:proofErr w:type="spellEnd"/>
      <w:r>
        <w:rPr>
          <w:i/>
        </w:rPr>
        <w:t>.</w:t>
      </w:r>
    </w:p>
    <w:p w14:paraId="14283783" w14:textId="77777777" w:rsidR="00F56265" w:rsidRDefault="006F7B0F">
      <w:proofErr w:type="spellStart"/>
      <w:r>
        <w:rPr>
          <w:b/>
        </w:rPr>
        <w:t>Trudności</w:t>
      </w:r>
      <w:proofErr w:type="spellEnd"/>
      <w:r>
        <w:rPr>
          <w:b/>
        </w:rPr>
        <w:t xml:space="preserve"> w </w:t>
      </w:r>
      <w:proofErr w:type="spellStart"/>
      <w:r>
        <w:rPr>
          <w:b/>
        </w:rPr>
        <w:t>codziennym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funkcjonowaniu</w:t>
      </w:r>
      <w:proofErr w:type="spellEnd"/>
      <w:r>
        <w:rPr>
          <w:b/>
        </w:rPr>
        <w:t xml:space="preserve">: </w:t>
      </w:r>
      <w:proofErr w:type="spellStart"/>
      <w:r>
        <w:rPr>
          <w:i/>
        </w:rPr>
        <w:t>Wpisz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krótki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opis</w:t>
      </w:r>
      <w:proofErr w:type="spellEnd"/>
      <w:r>
        <w:rPr>
          <w:i/>
        </w:rPr>
        <w:t>.</w:t>
      </w:r>
    </w:p>
    <w:p w14:paraId="65E657DB" w14:textId="77777777" w:rsidR="00F56265" w:rsidRDefault="006F7B0F">
      <w:pPr>
        <w:pStyle w:val="Nagwek1"/>
      </w:pPr>
      <w:r>
        <w:t xml:space="preserve">4. </w:t>
      </w:r>
      <w:proofErr w:type="spellStart"/>
      <w:r>
        <w:t>Trudności</w:t>
      </w:r>
      <w:proofErr w:type="spellEnd"/>
      <w:r>
        <w:t xml:space="preserve"> w </w:t>
      </w:r>
      <w:proofErr w:type="spellStart"/>
      <w:r>
        <w:t>realizacji</w:t>
      </w:r>
      <w:proofErr w:type="spellEnd"/>
      <w:r>
        <w:t xml:space="preserve"> </w:t>
      </w:r>
      <w:proofErr w:type="spellStart"/>
      <w:r>
        <w:t>programów</w:t>
      </w:r>
      <w:proofErr w:type="spellEnd"/>
      <w:r>
        <w:t xml:space="preserve"> </w:t>
      </w:r>
      <w:proofErr w:type="spellStart"/>
      <w:r>
        <w:t>na</w:t>
      </w:r>
      <w:r>
        <w:t>uczania</w:t>
      </w:r>
      <w:proofErr w:type="spellEnd"/>
    </w:p>
    <w:p w14:paraId="50C56066" w14:textId="77777777" w:rsidR="00F56265" w:rsidRDefault="006F7B0F">
      <w:proofErr w:type="spellStart"/>
      <w:r>
        <w:t>Wskaż</w:t>
      </w:r>
      <w:proofErr w:type="spellEnd"/>
      <w:r>
        <w:t xml:space="preserve"> </w:t>
      </w:r>
      <w:proofErr w:type="spellStart"/>
      <w:r>
        <w:t>rodzaj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zakres</w:t>
      </w:r>
      <w:proofErr w:type="spellEnd"/>
      <w:r>
        <w:t xml:space="preserve"> </w:t>
      </w:r>
      <w:proofErr w:type="spellStart"/>
      <w:r>
        <w:t>trudności</w:t>
      </w:r>
      <w:proofErr w:type="spellEnd"/>
      <w:r>
        <w:t xml:space="preserve"> w </w:t>
      </w:r>
      <w:proofErr w:type="spellStart"/>
      <w:r>
        <w:t>realizacji</w:t>
      </w:r>
      <w:proofErr w:type="spellEnd"/>
      <w:r>
        <w:t xml:space="preserve"> </w:t>
      </w:r>
      <w:proofErr w:type="spellStart"/>
      <w:r>
        <w:t>programów</w:t>
      </w:r>
      <w:proofErr w:type="spellEnd"/>
      <w:r>
        <w:t xml:space="preserve"> </w:t>
      </w:r>
      <w:proofErr w:type="spellStart"/>
      <w:r>
        <w:t>nauczania</w:t>
      </w:r>
      <w:proofErr w:type="spellEnd"/>
      <w:r>
        <w:t xml:space="preserve"> </w:t>
      </w:r>
      <w:proofErr w:type="spellStart"/>
      <w:r>
        <w:t>realizowanych</w:t>
      </w:r>
      <w:proofErr w:type="spellEnd"/>
      <w:r>
        <w:t xml:space="preserve"> w </w:t>
      </w:r>
      <w:proofErr w:type="spellStart"/>
      <w:r>
        <w:t>oddziale</w:t>
      </w:r>
      <w:proofErr w:type="spellEnd"/>
      <w:r>
        <w:t xml:space="preserve">, do </w:t>
      </w:r>
      <w:proofErr w:type="spellStart"/>
      <w:r>
        <w:t>którego</w:t>
      </w:r>
      <w:proofErr w:type="spellEnd"/>
      <w:r>
        <w:t xml:space="preserve"> </w:t>
      </w:r>
      <w:proofErr w:type="spellStart"/>
      <w:r>
        <w:t>uczeń</w:t>
      </w:r>
      <w:proofErr w:type="spellEnd"/>
      <w:r>
        <w:t xml:space="preserve"> </w:t>
      </w:r>
      <w:proofErr w:type="spellStart"/>
      <w:r>
        <w:t>uczęszcza</w:t>
      </w:r>
      <w:proofErr w:type="spellEnd"/>
      <w:r>
        <w:t xml:space="preserve">. </w:t>
      </w:r>
      <w:proofErr w:type="spellStart"/>
      <w:r>
        <w:t>Opisz</w:t>
      </w:r>
      <w:proofErr w:type="spellEnd"/>
      <w:r>
        <w:t xml:space="preserve"> </w:t>
      </w:r>
      <w:proofErr w:type="spellStart"/>
      <w:r>
        <w:t>przede</w:t>
      </w:r>
      <w:proofErr w:type="spellEnd"/>
      <w:r>
        <w:t xml:space="preserve"> </w:t>
      </w:r>
      <w:proofErr w:type="spellStart"/>
      <w:r>
        <w:t>wszystkim</w:t>
      </w:r>
      <w:proofErr w:type="spellEnd"/>
      <w:r>
        <w:t xml:space="preserve">, </w:t>
      </w:r>
      <w:proofErr w:type="spellStart"/>
      <w:r>
        <w:t>jak</w:t>
      </w:r>
      <w:proofErr w:type="spellEnd"/>
      <w:r>
        <w:t xml:space="preserve"> </w:t>
      </w:r>
      <w:proofErr w:type="spellStart"/>
      <w:r>
        <w:t>trudności</w:t>
      </w:r>
      <w:proofErr w:type="spellEnd"/>
      <w:r>
        <w:t xml:space="preserve"> </w:t>
      </w:r>
      <w:proofErr w:type="spellStart"/>
      <w:r>
        <w:t>wpływają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uczenie</w:t>
      </w:r>
      <w:proofErr w:type="spellEnd"/>
      <w:r>
        <w:t xml:space="preserve"> </w:t>
      </w:r>
      <w:proofErr w:type="spellStart"/>
      <w:r>
        <w:t>się</w:t>
      </w:r>
      <w:proofErr w:type="spellEnd"/>
      <w:r>
        <w:t xml:space="preserve">, </w:t>
      </w:r>
      <w:proofErr w:type="spellStart"/>
      <w:r>
        <w:t>wykonywanie</w:t>
      </w:r>
      <w:proofErr w:type="spellEnd"/>
      <w:r>
        <w:t xml:space="preserve"> </w:t>
      </w:r>
      <w:proofErr w:type="spellStart"/>
      <w:r>
        <w:t>zadań</w:t>
      </w:r>
      <w:proofErr w:type="spellEnd"/>
      <w:r>
        <w:t xml:space="preserve">, </w:t>
      </w:r>
      <w:proofErr w:type="spellStart"/>
      <w:r>
        <w:t>udział</w:t>
      </w:r>
      <w:proofErr w:type="spellEnd"/>
      <w:r>
        <w:t xml:space="preserve"> w </w:t>
      </w:r>
      <w:proofErr w:type="spellStart"/>
      <w:r>
        <w:t>lekcjach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osiąganie</w:t>
      </w:r>
      <w:proofErr w:type="spellEnd"/>
      <w:r>
        <w:t xml:space="preserve"> </w:t>
      </w:r>
      <w:proofErr w:type="spellStart"/>
      <w:r>
        <w:t>samodzielności</w:t>
      </w:r>
      <w:proofErr w:type="spellEnd"/>
      <w:r>
        <w:t>.</w:t>
      </w:r>
    </w:p>
    <w:p w14:paraId="3F0FFBDA" w14:textId="77777777" w:rsidR="00F56265" w:rsidRDefault="006F7B0F">
      <w:proofErr w:type="spellStart"/>
      <w:r>
        <w:rPr>
          <w:b/>
        </w:rPr>
        <w:t>O</w:t>
      </w:r>
      <w:r>
        <w:rPr>
          <w:b/>
        </w:rPr>
        <w:t>pis</w:t>
      </w:r>
      <w:proofErr w:type="spellEnd"/>
      <w:r>
        <w:rPr>
          <w:b/>
        </w:rPr>
        <w:t xml:space="preserve">: </w:t>
      </w:r>
      <w:proofErr w:type="spellStart"/>
      <w:r>
        <w:rPr>
          <w:i/>
        </w:rPr>
        <w:t>Wpisz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najważniejsze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informacje</w:t>
      </w:r>
      <w:proofErr w:type="spellEnd"/>
      <w:r>
        <w:rPr>
          <w:i/>
        </w:rPr>
        <w:t>.</w:t>
      </w:r>
    </w:p>
    <w:p w14:paraId="633DA905" w14:textId="77777777" w:rsidR="00F56265" w:rsidRDefault="006F7B0F">
      <w:pPr>
        <w:pStyle w:val="Nagwek1"/>
      </w:pPr>
      <w:r>
        <w:lastRenderedPageBreak/>
        <w:t xml:space="preserve">5. </w:t>
      </w:r>
      <w:proofErr w:type="spellStart"/>
      <w:r>
        <w:t>Podjęte</w:t>
      </w:r>
      <w:proofErr w:type="spellEnd"/>
      <w:r>
        <w:t xml:space="preserve"> </w:t>
      </w:r>
      <w:proofErr w:type="spellStart"/>
      <w:r>
        <w:t>działania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udzielona</w:t>
      </w:r>
      <w:proofErr w:type="spellEnd"/>
      <w:r>
        <w:t xml:space="preserve"> </w:t>
      </w:r>
      <w:proofErr w:type="spellStart"/>
      <w:r>
        <w:t>pomoc</w:t>
      </w:r>
      <w:proofErr w:type="spellEnd"/>
    </w:p>
    <w:p w14:paraId="4F8A01F4" w14:textId="77777777" w:rsidR="00F56265" w:rsidRDefault="006F7B0F">
      <w:proofErr w:type="spellStart"/>
      <w:r>
        <w:t>Uwzględnij</w:t>
      </w:r>
      <w:proofErr w:type="spellEnd"/>
      <w:r>
        <w:t xml:space="preserve"> </w:t>
      </w:r>
      <w:proofErr w:type="spellStart"/>
      <w:r>
        <w:t>działania</w:t>
      </w:r>
      <w:proofErr w:type="spellEnd"/>
      <w:r>
        <w:t xml:space="preserve"> </w:t>
      </w:r>
      <w:proofErr w:type="spellStart"/>
      <w:r>
        <w:t>nauczycieli</w:t>
      </w:r>
      <w:proofErr w:type="spellEnd"/>
      <w:r>
        <w:t xml:space="preserve">, </w:t>
      </w:r>
      <w:proofErr w:type="spellStart"/>
      <w:r>
        <w:t>wychowawcy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specjalistów</w:t>
      </w:r>
      <w:proofErr w:type="spellEnd"/>
      <w:r>
        <w:t xml:space="preserve"> </w:t>
      </w:r>
      <w:proofErr w:type="spellStart"/>
      <w:r>
        <w:t>podjęte</w:t>
      </w:r>
      <w:proofErr w:type="spellEnd"/>
      <w:r>
        <w:t xml:space="preserve"> w </w:t>
      </w:r>
      <w:proofErr w:type="spellStart"/>
      <w:r>
        <w:t>celu</w:t>
      </w:r>
      <w:proofErr w:type="spellEnd"/>
      <w:r>
        <w:t xml:space="preserve"> </w:t>
      </w:r>
      <w:proofErr w:type="spellStart"/>
      <w:r>
        <w:t>poprawy</w:t>
      </w:r>
      <w:proofErr w:type="spellEnd"/>
      <w:r>
        <w:t xml:space="preserve"> </w:t>
      </w:r>
      <w:proofErr w:type="spellStart"/>
      <w:r>
        <w:t>funkcjonowania</w:t>
      </w:r>
      <w:proofErr w:type="spellEnd"/>
      <w:r>
        <w:t xml:space="preserve"> ucznia. </w:t>
      </w:r>
      <w:proofErr w:type="spellStart"/>
      <w:r>
        <w:t>Jeżeli</w:t>
      </w:r>
      <w:proofErr w:type="spellEnd"/>
      <w:r>
        <w:t xml:space="preserve"> </w:t>
      </w:r>
      <w:proofErr w:type="spellStart"/>
      <w:r>
        <w:t>uczeń</w:t>
      </w:r>
      <w:proofErr w:type="spellEnd"/>
      <w:r>
        <w:t xml:space="preserve"> </w:t>
      </w:r>
      <w:proofErr w:type="spellStart"/>
      <w:r>
        <w:t>korzystał</w:t>
      </w:r>
      <w:proofErr w:type="spellEnd"/>
      <w:r>
        <w:t xml:space="preserve"> z </w:t>
      </w:r>
      <w:proofErr w:type="spellStart"/>
      <w:r>
        <w:t>pomocy</w:t>
      </w:r>
      <w:proofErr w:type="spellEnd"/>
      <w:r>
        <w:t xml:space="preserve"> </w:t>
      </w:r>
      <w:proofErr w:type="spellStart"/>
      <w:r>
        <w:t>psychologiczno-pedagogicznej</w:t>
      </w:r>
      <w:proofErr w:type="spellEnd"/>
      <w:r>
        <w:t xml:space="preserve">, </w:t>
      </w:r>
      <w:proofErr w:type="spellStart"/>
      <w:r>
        <w:t>podaj</w:t>
      </w:r>
      <w:proofErr w:type="spellEnd"/>
      <w:r>
        <w:t xml:space="preserve"> </w:t>
      </w:r>
      <w:proofErr w:type="spellStart"/>
      <w:r>
        <w:t>jej</w:t>
      </w:r>
      <w:proofErr w:type="spellEnd"/>
      <w:r>
        <w:t xml:space="preserve"> </w:t>
      </w:r>
      <w:proofErr w:type="spellStart"/>
      <w:r>
        <w:t>fo</w:t>
      </w:r>
      <w:r>
        <w:t>rmę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zakres</w:t>
      </w:r>
      <w:proofErr w:type="spellEnd"/>
      <w:r>
        <w:t xml:space="preserve">, </w:t>
      </w:r>
      <w:proofErr w:type="spellStart"/>
      <w:r>
        <w:t>okres</w:t>
      </w:r>
      <w:proofErr w:type="spellEnd"/>
      <w:r>
        <w:t xml:space="preserve"> </w:t>
      </w:r>
      <w:proofErr w:type="spellStart"/>
      <w:r>
        <w:t>udzielania</w:t>
      </w:r>
      <w:proofErr w:type="spellEnd"/>
      <w:r>
        <w:t xml:space="preserve"> </w:t>
      </w:r>
      <w:proofErr w:type="spellStart"/>
      <w:r>
        <w:t>oraz</w:t>
      </w:r>
      <w:proofErr w:type="spellEnd"/>
      <w:r>
        <w:t xml:space="preserve"> </w:t>
      </w:r>
      <w:proofErr w:type="spellStart"/>
      <w:r>
        <w:t>efekty</w:t>
      </w:r>
      <w:proofErr w:type="spellEnd"/>
      <w:r>
        <w:t xml:space="preserve">. </w:t>
      </w:r>
      <w:proofErr w:type="spellStart"/>
      <w:r>
        <w:t>Jeżeli</w:t>
      </w:r>
      <w:proofErr w:type="spellEnd"/>
      <w:r>
        <w:t xml:space="preserve"> </w:t>
      </w:r>
      <w:proofErr w:type="spellStart"/>
      <w:r>
        <w:t>dotyczy</w:t>
      </w:r>
      <w:proofErr w:type="spellEnd"/>
      <w:r>
        <w:t xml:space="preserve">, </w:t>
      </w:r>
      <w:proofErr w:type="spellStart"/>
      <w:r>
        <w:t>uwzględnij</w:t>
      </w:r>
      <w:proofErr w:type="spellEnd"/>
      <w:r>
        <w:t xml:space="preserve"> </w:t>
      </w:r>
      <w:proofErr w:type="spellStart"/>
      <w:r>
        <w:t>także</w:t>
      </w:r>
      <w:proofErr w:type="spellEnd"/>
      <w:r>
        <w:t xml:space="preserve"> </w:t>
      </w:r>
      <w:proofErr w:type="spellStart"/>
      <w:r>
        <w:t>działania</w:t>
      </w:r>
      <w:proofErr w:type="spellEnd"/>
      <w:r>
        <w:t xml:space="preserve"> </w:t>
      </w:r>
      <w:proofErr w:type="spellStart"/>
      <w:r>
        <w:t>realizowane</w:t>
      </w:r>
      <w:proofErr w:type="spellEnd"/>
      <w:r>
        <w:t xml:space="preserve"> w </w:t>
      </w:r>
      <w:proofErr w:type="spellStart"/>
      <w:r>
        <w:t>ramach</w:t>
      </w:r>
      <w:proofErr w:type="spellEnd"/>
      <w:r>
        <w:t xml:space="preserve"> </w:t>
      </w:r>
      <w:proofErr w:type="spellStart"/>
      <w:r>
        <w:t>wczesnego</w:t>
      </w:r>
      <w:proofErr w:type="spellEnd"/>
      <w:r>
        <w:t xml:space="preserve"> </w:t>
      </w:r>
      <w:proofErr w:type="spellStart"/>
      <w:r>
        <w:t>wspomagania</w:t>
      </w:r>
      <w:proofErr w:type="spellEnd"/>
      <w:r>
        <w:t xml:space="preserve"> </w:t>
      </w:r>
      <w:proofErr w:type="spellStart"/>
      <w:r>
        <w:t>rozwoju</w:t>
      </w:r>
      <w:proofErr w:type="spellEnd"/>
      <w:r>
        <w:t>.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2493"/>
        <w:gridCol w:w="2493"/>
        <w:gridCol w:w="2493"/>
        <w:gridCol w:w="2493"/>
      </w:tblGrid>
      <w:tr w:rsidR="00F56265" w14:paraId="752A004F" w14:textId="77777777">
        <w:trPr>
          <w:tblHeader/>
          <w:jc w:val="center"/>
        </w:trPr>
        <w:tc>
          <w:tcPr>
            <w:tcW w:w="2493" w:type="dxa"/>
            <w:shd w:val="clear" w:color="auto" w:fill="EDEDED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7C79BF02" w14:textId="77777777" w:rsidR="00F56265" w:rsidRDefault="006F7B0F">
            <w:proofErr w:type="spellStart"/>
            <w:r>
              <w:rPr>
                <w:b/>
              </w:rPr>
              <w:t>Działanie</w:t>
            </w:r>
            <w:proofErr w:type="spellEnd"/>
            <w:r>
              <w:rPr>
                <w:b/>
              </w:rPr>
              <w:t xml:space="preserve">, forma </w:t>
            </w:r>
            <w:proofErr w:type="spellStart"/>
            <w:r>
              <w:rPr>
                <w:b/>
              </w:rPr>
              <w:t>i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zakres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pomocy</w:t>
            </w:r>
            <w:proofErr w:type="spellEnd"/>
          </w:p>
        </w:tc>
        <w:tc>
          <w:tcPr>
            <w:tcW w:w="2493" w:type="dxa"/>
            <w:shd w:val="clear" w:color="auto" w:fill="EDEDED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65A1B9F8" w14:textId="77777777" w:rsidR="00F56265" w:rsidRDefault="006F7B0F">
            <w:proofErr w:type="spellStart"/>
            <w:r>
              <w:rPr>
                <w:b/>
              </w:rPr>
              <w:t>Okres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udzielania</w:t>
            </w:r>
            <w:proofErr w:type="spellEnd"/>
          </w:p>
        </w:tc>
        <w:tc>
          <w:tcPr>
            <w:tcW w:w="2493" w:type="dxa"/>
            <w:shd w:val="clear" w:color="auto" w:fill="EDEDED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08683DE2" w14:textId="77777777" w:rsidR="00F56265" w:rsidRDefault="006F7B0F">
            <w:proofErr w:type="spellStart"/>
            <w:r>
              <w:rPr>
                <w:b/>
              </w:rPr>
              <w:t>Efekty</w:t>
            </w:r>
            <w:proofErr w:type="spellEnd"/>
          </w:p>
        </w:tc>
        <w:tc>
          <w:tcPr>
            <w:tcW w:w="2493" w:type="dxa"/>
            <w:shd w:val="clear" w:color="auto" w:fill="EDEDED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221AB1F6" w14:textId="77777777" w:rsidR="00F56265" w:rsidRDefault="006F7B0F">
            <w:r>
              <w:rPr>
                <w:b/>
              </w:rPr>
              <w:t xml:space="preserve">Co </w:t>
            </w:r>
            <w:proofErr w:type="spellStart"/>
            <w:r>
              <w:rPr>
                <w:b/>
              </w:rPr>
              <w:t>nadal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wymaga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wsparcia</w:t>
            </w:r>
            <w:proofErr w:type="spellEnd"/>
          </w:p>
        </w:tc>
      </w:tr>
      <w:tr w:rsidR="00F56265" w14:paraId="5331CF57" w14:textId="77777777">
        <w:trPr>
          <w:jc w:val="center"/>
        </w:trPr>
        <w:tc>
          <w:tcPr>
            <w:tcW w:w="2493" w:type="dxa"/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675ABDA6" w14:textId="77777777" w:rsidR="00F56265" w:rsidRDefault="006F7B0F">
            <w:proofErr w:type="spellStart"/>
            <w:r>
              <w:t>Wpisz</w:t>
            </w:r>
            <w:proofErr w:type="spellEnd"/>
            <w:r>
              <w:t xml:space="preserve"> </w:t>
            </w:r>
            <w:proofErr w:type="spellStart"/>
            <w:r>
              <w:t>informację</w:t>
            </w:r>
            <w:proofErr w:type="spellEnd"/>
            <w:r>
              <w:t>.</w:t>
            </w:r>
          </w:p>
        </w:tc>
        <w:tc>
          <w:tcPr>
            <w:tcW w:w="2493" w:type="dxa"/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1F2A7953" w14:textId="77777777" w:rsidR="00F56265" w:rsidRDefault="006F7B0F">
            <w:proofErr w:type="spellStart"/>
            <w:r>
              <w:t>Wpisz</w:t>
            </w:r>
            <w:proofErr w:type="spellEnd"/>
            <w:r>
              <w:t xml:space="preserve"> </w:t>
            </w:r>
            <w:proofErr w:type="spellStart"/>
            <w:r>
              <w:t>informację</w:t>
            </w:r>
            <w:proofErr w:type="spellEnd"/>
            <w:r>
              <w:t>.</w:t>
            </w:r>
          </w:p>
        </w:tc>
        <w:tc>
          <w:tcPr>
            <w:tcW w:w="2493" w:type="dxa"/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3B7D2DD5" w14:textId="77777777" w:rsidR="00F56265" w:rsidRDefault="006F7B0F">
            <w:proofErr w:type="spellStart"/>
            <w:r>
              <w:t>Wpisz</w:t>
            </w:r>
            <w:proofErr w:type="spellEnd"/>
            <w:r>
              <w:t xml:space="preserve"> </w:t>
            </w:r>
            <w:proofErr w:type="spellStart"/>
            <w:r>
              <w:t>informację</w:t>
            </w:r>
            <w:proofErr w:type="spellEnd"/>
            <w:r>
              <w:t>.</w:t>
            </w:r>
          </w:p>
        </w:tc>
        <w:tc>
          <w:tcPr>
            <w:tcW w:w="2493" w:type="dxa"/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4C54258F" w14:textId="77777777" w:rsidR="00F56265" w:rsidRDefault="006F7B0F">
            <w:proofErr w:type="spellStart"/>
            <w:r>
              <w:t>Wpisz</w:t>
            </w:r>
            <w:proofErr w:type="spellEnd"/>
            <w:r>
              <w:t xml:space="preserve"> </w:t>
            </w:r>
            <w:proofErr w:type="spellStart"/>
            <w:r>
              <w:t>informację</w:t>
            </w:r>
            <w:proofErr w:type="spellEnd"/>
            <w:r>
              <w:t>.</w:t>
            </w:r>
          </w:p>
        </w:tc>
      </w:tr>
      <w:tr w:rsidR="00F56265" w14:paraId="69A10AD9" w14:textId="77777777">
        <w:trPr>
          <w:jc w:val="center"/>
        </w:trPr>
        <w:tc>
          <w:tcPr>
            <w:tcW w:w="2493" w:type="dxa"/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38EC2821" w14:textId="77777777" w:rsidR="00F56265" w:rsidRDefault="006F7B0F">
            <w:proofErr w:type="spellStart"/>
            <w:r>
              <w:t>Wpisz</w:t>
            </w:r>
            <w:proofErr w:type="spellEnd"/>
            <w:r>
              <w:t xml:space="preserve"> </w:t>
            </w:r>
            <w:proofErr w:type="spellStart"/>
            <w:r>
              <w:t>informację</w:t>
            </w:r>
            <w:proofErr w:type="spellEnd"/>
            <w:r>
              <w:t>.</w:t>
            </w:r>
          </w:p>
        </w:tc>
        <w:tc>
          <w:tcPr>
            <w:tcW w:w="2493" w:type="dxa"/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56CC4690" w14:textId="77777777" w:rsidR="00F56265" w:rsidRDefault="006F7B0F">
            <w:proofErr w:type="spellStart"/>
            <w:r>
              <w:t>Wpisz</w:t>
            </w:r>
            <w:proofErr w:type="spellEnd"/>
            <w:r>
              <w:t xml:space="preserve"> </w:t>
            </w:r>
            <w:proofErr w:type="spellStart"/>
            <w:r>
              <w:t>informację</w:t>
            </w:r>
            <w:proofErr w:type="spellEnd"/>
            <w:r>
              <w:t>.</w:t>
            </w:r>
          </w:p>
        </w:tc>
        <w:tc>
          <w:tcPr>
            <w:tcW w:w="2493" w:type="dxa"/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75BBF493" w14:textId="77777777" w:rsidR="00F56265" w:rsidRDefault="006F7B0F">
            <w:proofErr w:type="spellStart"/>
            <w:r>
              <w:t>Wpisz</w:t>
            </w:r>
            <w:proofErr w:type="spellEnd"/>
            <w:r>
              <w:t xml:space="preserve"> </w:t>
            </w:r>
            <w:proofErr w:type="spellStart"/>
            <w:r>
              <w:t>informację</w:t>
            </w:r>
            <w:proofErr w:type="spellEnd"/>
            <w:r>
              <w:t>.</w:t>
            </w:r>
          </w:p>
        </w:tc>
        <w:tc>
          <w:tcPr>
            <w:tcW w:w="2493" w:type="dxa"/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46A2ABAE" w14:textId="77777777" w:rsidR="00F56265" w:rsidRDefault="006F7B0F">
            <w:proofErr w:type="spellStart"/>
            <w:r>
              <w:t>Wpisz</w:t>
            </w:r>
            <w:proofErr w:type="spellEnd"/>
            <w:r>
              <w:t xml:space="preserve"> </w:t>
            </w:r>
            <w:proofErr w:type="spellStart"/>
            <w:r>
              <w:t>informację</w:t>
            </w:r>
            <w:proofErr w:type="spellEnd"/>
            <w:r>
              <w:t>.</w:t>
            </w:r>
          </w:p>
        </w:tc>
      </w:tr>
      <w:tr w:rsidR="00F56265" w14:paraId="63BF7A89" w14:textId="77777777">
        <w:trPr>
          <w:jc w:val="center"/>
        </w:trPr>
        <w:tc>
          <w:tcPr>
            <w:tcW w:w="2493" w:type="dxa"/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622A2276" w14:textId="77777777" w:rsidR="00F56265" w:rsidRDefault="006F7B0F">
            <w:proofErr w:type="spellStart"/>
            <w:r>
              <w:t>Wpisz</w:t>
            </w:r>
            <w:proofErr w:type="spellEnd"/>
            <w:r>
              <w:t xml:space="preserve"> </w:t>
            </w:r>
            <w:proofErr w:type="spellStart"/>
            <w:r>
              <w:t>informację</w:t>
            </w:r>
            <w:proofErr w:type="spellEnd"/>
            <w:r>
              <w:t>.</w:t>
            </w:r>
          </w:p>
        </w:tc>
        <w:tc>
          <w:tcPr>
            <w:tcW w:w="2493" w:type="dxa"/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0578FDD6" w14:textId="77777777" w:rsidR="00F56265" w:rsidRDefault="006F7B0F">
            <w:proofErr w:type="spellStart"/>
            <w:r>
              <w:t>Wpisz</w:t>
            </w:r>
            <w:proofErr w:type="spellEnd"/>
            <w:r>
              <w:t xml:space="preserve"> </w:t>
            </w:r>
            <w:proofErr w:type="spellStart"/>
            <w:r>
              <w:t>informację</w:t>
            </w:r>
            <w:proofErr w:type="spellEnd"/>
            <w:r>
              <w:t>.</w:t>
            </w:r>
          </w:p>
        </w:tc>
        <w:tc>
          <w:tcPr>
            <w:tcW w:w="2493" w:type="dxa"/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0DAE9C9D" w14:textId="77777777" w:rsidR="00F56265" w:rsidRDefault="006F7B0F">
            <w:proofErr w:type="spellStart"/>
            <w:r>
              <w:t>Wpisz</w:t>
            </w:r>
            <w:proofErr w:type="spellEnd"/>
            <w:r>
              <w:t xml:space="preserve"> </w:t>
            </w:r>
            <w:proofErr w:type="spellStart"/>
            <w:r>
              <w:t>informację</w:t>
            </w:r>
            <w:proofErr w:type="spellEnd"/>
            <w:r>
              <w:t>.</w:t>
            </w:r>
          </w:p>
        </w:tc>
        <w:tc>
          <w:tcPr>
            <w:tcW w:w="2493" w:type="dxa"/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7EBAEA67" w14:textId="77777777" w:rsidR="00F56265" w:rsidRDefault="006F7B0F">
            <w:proofErr w:type="spellStart"/>
            <w:r>
              <w:t>Wpisz</w:t>
            </w:r>
            <w:proofErr w:type="spellEnd"/>
            <w:r>
              <w:t xml:space="preserve"> </w:t>
            </w:r>
            <w:proofErr w:type="spellStart"/>
            <w:r>
              <w:t>informację</w:t>
            </w:r>
            <w:proofErr w:type="spellEnd"/>
            <w:r>
              <w:t>.</w:t>
            </w:r>
          </w:p>
        </w:tc>
      </w:tr>
    </w:tbl>
    <w:p w14:paraId="43CCC332" w14:textId="77777777" w:rsidR="00F56265" w:rsidRDefault="006F7B0F">
      <w:pPr>
        <w:pStyle w:val="Nagwek1"/>
      </w:pPr>
      <w:r>
        <w:t xml:space="preserve">6. </w:t>
      </w:r>
      <w:proofErr w:type="spellStart"/>
      <w:r>
        <w:t>Wnioski</w:t>
      </w:r>
      <w:proofErr w:type="spellEnd"/>
      <w:r>
        <w:t xml:space="preserve"> </w:t>
      </w:r>
      <w:proofErr w:type="spellStart"/>
      <w:r>
        <w:t>dotyczące</w:t>
      </w:r>
      <w:proofErr w:type="spellEnd"/>
      <w:r>
        <w:t xml:space="preserve"> </w:t>
      </w:r>
      <w:proofErr w:type="spellStart"/>
      <w:r>
        <w:t>dalszej</w:t>
      </w:r>
      <w:proofErr w:type="spellEnd"/>
      <w:r>
        <w:t xml:space="preserve"> </w:t>
      </w:r>
      <w:proofErr w:type="spellStart"/>
      <w:r>
        <w:t>pracy</w:t>
      </w:r>
      <w:proofErr w:type="spellEnd"/>
    </w:p>
    <w:p w14:paraId="21691E72" w14:textId="77777777" w:rsidR="00F56265" w:rsidRDefault="006F7B0F">
      <w:proofErr w:type="spellStart"/>
      <w:r>
        <w:t>Wskaż</w:t>
      </w:r>
      <w:proofErr w:type="spellEnd"/>
      <w:r>
        <w:t xml:space="preserve"> </w:t>
      </w:r>
      <w:proofErr w:type="spellStart"/>
      <w:r>
        <w:t>najważniejsze</w:t>
      </w:r>
      <w:proofErr w:type="spellEnd"/>
      <w:r>
        <w:t xml:space="preserve"> </w:t>
      </w:r>
      <w:proofErr w:type="spellStart"/>
      <w:r>
        <w:t>potrzeby</w:t>
      </w:r>
      <w:proofErr w:type="spellEnd"/>
      <w:r>
        <w:t xml:space="preserve"> ucznia </w:t>
      </w:r>
      <w:proofErr w:type="spellStart"/>
      <w:r>
        <w:t>oraz</w:t>
      </w:r>
      <w:proofErr w:type="spellEnd"/>
      <w:r>
        <w:t xml:space="preserve"> </w:t>
      </w:r>
      <w:proofErr w:type="spellStart"/>
      <w:r>
        <w:t>działania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warunki</w:t>
      </w:r>
      <w:proofErr w:type="spellEnd"/>
      <w:r>
        <w:t xml:space="preserve">, </w:t>
      </w:r>
      <w:proofErr w:type="spellStart"/>
      <w:r>
        <w:t>które</w:t>
      </w:r>
      <w:proofErr w:type="spellEnd"/>
      <w:r>
        <w:t xml:space="preserve"> </w:t>
      </w:r>
      <w:proofErr w:type="spellStart"/>
      <w:r>
        <w:t>mogą</w:t>
      </w:r>
      <w:proofErr w:type="spellEnd"/>
      <w:r>
        <w:t xml:space="preserve"> </w:t>
      </w:r>
      <w:proofErr w:type="spellStart"/>
      <w:r>
        <w:t>poprawić</w:t>
      </w:r>
      <w:proofErr w:type="spellEnd"/>
      <w:r>
        <w:t xml:space="preserve"> </w:t>
      </w:r>
      <w:proofErr w:type="spellStart"/>
      <w:r>
        <w:t>jego</w:t>
      </w:r>
      <w:proofErr w:type="spellEnd"/>
      <w:r>
        <w:t xml:space="preserve"> </w:t>
      </w:r>
      <w:proofErr w:type="spellStart"/>
      <w:r>
        <w:t>funkcjonowanie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uczestniczenie</w:t>
      </w:r>
      <w:proofErr w:type="spellEnd"/>
      <w:r>
        <w:t xml:space="preserve"> w </w:t>
      </w:r>
      <w:proofErr w:type="spellStart"/>
      <w:r>
        <w:t>życiu</w:t>
      </w:r>
      <w:proofErr w:type="spellEnd"/>
      <w:r>
        <w:t xml:space="preserve"> </w:t>
      </w:r>
      <w:proofErr w:type="spellStart"/>
      <w:r>
        <w:t>szkoły</w:t>
      </w:r>
      <w:proofErr w:type="spellEnd"/>
      <w:r>
        <w:t>.</w:t>
      </w:r>
    </w:p>
    <w:p w14:paraId="58C1C79D" w14:textId="77777777" w:rsidR="00F56265" w:rsidRDefault="006F7B0F">
      <w:proofErr w:type="spellStart"/>
      <w:r>
        <w:rPr>
          <w:b/>
        </w:rPr>
        <w:t>Wnioski</w:t>
      </w:r>
      <w:proofErr w:type="spellEnd"/>
      <w:r>
        <w:rPr>
          <w:b/>
        </w:rPr>
        <w:t xml:space="preserve">: </w:t>
      </w:r>
      <w:proofErr w:type="spellStart"/>
      <w:r>
        <w:rPr>
          <w:i/>
        </w:rPr>
        <w:t>Wpisz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najważniejsze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zalecenia</w:t>
      </w:r>
      <w:proofErr w:type="spellEnd"/>
      <w:r>
        <w:rPr>
          <w:i/>
        </w:rPr>
        <w:t xml:space="preserve"> do </w:t>
      </w:r>
      <w:proofErr w:type="spellStart"/>
      <w:r>
        <w:rPr>
          <w:i/>
        </w:rPr>
        <w:t>dalszej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pracy</w:t>
      </w:r>
      <w:proofErr w:type="spellEnd"/>
      <w:r>
        <w:rPr>
          <w:i/>
        </w:rPr>
        <w:t>.</w:t>
      </w:r>
    </w:p>
    <w:p w14:paraId="1D13C7D3" w14:textId="77777777" w:rsidR="00F56265" w:rsidRDefault="006F7B0F">
      <w:pPr>
        <w:pStyle w:val="Nagwek1"/>
      </w:pPr>
      <w:r>
        <w:t xml:space="preserve">7. </w:t>
      </w:r>
      <w:proofErr w:type="spellStart"/>
      <w:r>
        <w:t>Dokumentacja</w:t>
      </w:r>
      <w:proofErr w:type="spellEnd"/>
      <w:r>
        <w:t xml:space="preserve"> </w:t>
      </w:r>
      <w:proofErr w:type="spellStart"/>
      <w:r>
        <w:t>dodatkowa</w:t>
      </w:r>
      <w:proofErr w:type="spellEnd"/>
      <w:r>
        <w:t xml:space="preserve">, </w:t>
      </w:r>
      <w:proofErr w:type="spellStart"/>
      <w:r>
        <w:t>jeżeli</w:t>
      </w:r>
      <w:proofErr w:type="spellEnd"/>
      <w:r>
        <w:t xml:space="preserve"> </w:t>
      </w:r>
      <w:proofErr w:type="spellStart"/>
      <w:r>
        <w:t>dotyczy</w:t>
      </w:r>
      <w:proofErr w:type="spellEnd"/>
    </w:p>
    <w:p w14:paraId="1AE5B1D0" w14:textId="77777777" w:rsidR="00F56265" w:rsidRDefault="006F7B0F">
      <w:r>
        <w:t xml:space="preserve">W </w:t>
      </w:r>
      <w:proofErr w:type="spellStart"/>
      <w:r>
        <w:t>przypadku</w:t>
      </w:r>
      <w:proofErr w:type="spellEnd"/>
      <w:r>
        <w:t xml:space="preserve"> ucznia </w:t>
      </w:r>
      <w:proofErr w:type="spellStart"/>
      <w:r>
        <w:t>objętego</w:t>
      </w:r>
      <w:proofErr w:type="spellEnd"/>
      <w:r>
        <w:t xml:space="preserve"> </w:t>
      </w:r>
      <w:proofErr w:type="spellStart"/>
      <w:r>
        <w:t>kształceniem</w:t>
      </w:r>
      <w:proofErr w:type="spellEnd"/>
      <w:r>
        <w:t xml:space="preserve"> </w:t>
      </w:r>
      <w:proofErr w:type="spellStart"/>
      <w:r>
        <w:t>specjalnym</w:t>
      </w:r>
      <w:proofErr w:type="spellEnd"/>
      <w:r>
        <w:t xml:space="preserve"> do </w:t>
      </w:r>
      <w:proofErr w:type="spellStart"/>
      <w:r>
        <w:t>opi</w:t>
      </w:r>
      <w:r>
        <w:t>nii</w:t>
      </w:r>
      <w:proofErr w:type="spellEnd"/>
      <w:r>
        <w:t xml:space="preserve"> </w:t>
      </w:r>
      <w:proofErr w:type="spellStart"/>
      <w:r>
        <w:t>dołącza</w:t>
      </w:r>
      <w:proofErr w:type="spellEnd"/>
      <w:r>
        <w:t xml:space="preserve"> </w:t>
      </w:r>
      <w:proofErr w:type="spellStart"/>
      <w:r>
        <w:t>się</w:t>
      </w:r>
      <w:proofErr w:type="spellEnd"/>
      <w:r>
        <w:t xml:space="preserve"> </w:t>
      </w:r>
      <w:proofErr w:type="spellStart"/>
      <w:r>
        <w:t>aktualną</w:t>
      </w:r>
      <w:proofErr w:type="spellEnd"/>
      <w:r>
        <w:t xml:space="preserve"> </w:t>
      </w:r>
      <w:proofErr w:type="spellStart"/>
      <w:r>
        <w:t>wielospecjalistyczną</w:t>
      </w:r>
      <w:proofErr w:type="spellEnd"/>
      <w:r>
        <w:t xml:space="preserve"> </w:t>
      </w:r>
      <w:proofErr w:type="spellStart"/>
      <w:r>
        <w:t>ocenę</w:t>
      </w:r>
      <w:proofErr w:type="spellEnd"/>
      <w:r>
        <w:t xml:space="preserve"> </w:t>
      </w:r>
      <w:proofErr w:type="spellStart"/>
      <w:r>
        <w:t>poziomu</w:t>
      </w:r>
      <w:proofErr w:type="spellEnd"/>
      <w:r>
        <w:t xml:space="preserve"> </w:t>
      </w:r>
      <w:proofErr w:type="spellStart"/>
      <w:r>
        <w:t>funkcjonowania</w:t>
      </w:r>
      <w:proofErr w:type="spellEnd"/>
      <w:r>
        <w:t xml:space="preserve"> ucznia.</w:t>
      </w:r>
    </w:p>
    <w:p w14:paraId="78E328F7" w14:textId="77777777" w:rsidR="00F56265" w:rsidRDefault="006F7B0F">
      <w:r>
        <w:t xml:space="preserve">W </w:t>
      </w:r>
      <w:proofErr w:type="spellStart"/>
      <w:r>
        <w:t>przypadku</w:t>
      </w:r>
      <w:proofErr w:type="spellEnd"/>
      <w:r>
        <w:t xml:space="preserve"> ucznia </w:t>
      </w:r>
      <w:proofErr w:type="spellStart"/>
      <w:r>
        <w:t>objętego</w:t>
      </w:r>
      <w:proofErr w:type="spellEnd"/>
      <w:r>
        <w:t xml:space="preserve"> </w:t>
      </w:r>
      <w:proofErr w:type="spellStart"/>
      <w:r>
        <w:t>zajęciami</w:t>
      </w:r>
      <w:proofErr w:type="spellEnd"/>
      <w:r>
        <w:t xml:space="preserve"> </w:t>
      </w:r>
      <w:proofErr w:type="spellStart"/>
      <w:r>
        <w:t>rewalidacyjno-wychowawczymi</w:t>
      </w:r>
      <w:proofErr w:type="spellEnd"/>
      <w:r>
        <w:t xml:space="preserve"> do </w:t>
      </w:r>
      <w:proofErr w:type="spellStart"/>
      <w:r>
        <w:t>opinii</w:t>
      </w:r>
      <w:proofErr w:type="spellEnd"/>
      <w:r>
        <w:t xml:space="preserve"> </w:t>
      </w:r>
      <w:proofErr w:type="spellStart"/>
      <w:r>
        <w:t>dołącza</w:t>
      </w:r>
      <w:proofErr w:type="spellEnd"/>
      <w:r>
        <w:t xml:space="preserve"> </w:t>
      </w:r>
      <w:proofErr w:type="spellStart"/>
      <w:r>
        <w:t>się</w:t>
      </w:r>
      <w:proofErr w:type="spellEnd"/>
      <w:r>
        <w:t xml:space="preserve"> </w:t>
      </w:r>
      <w:proofErr w:type="spellStart"/>
      <w:r>
        <w:t>aktualną</w:t>
      </w:r>
      <w:proofErr w:type="spellEnd"/>
      <w:r>
        <w:t xml:space="preserve"> </w:t>
      </w:r>
      <w:proofErr w:type="spellStart"/>
      <w:r>
        <w:t>okresową</w:t>
      </w:r>
      <w:proofErr w:type="spellEnd"/>
      <w:r>
        <w:t xml:space="preserve"> </w:t>
      </w:r>
      <w:proofErr w:type="spellStart"/>
      <w:r>
        <w:t>ocenę</w:t>
      </w:r>
      <w:proofErr w:type="spellEnd"/>
      <w:r>
        <w:t xml:space="preserve"> </w:t>
      </w:r>
      <w:proofErr w:type="spellStart"/>
      <w:r>
        <w:t>funkcjonowania</w:t>
      </w:r>
      <w:proofErr w:type="spellEnd"/>
      <w:r>
        <w:t xml:space="preserve"> ucznia.</w:t>
      </w:r>
    </w:p>
    <w:p w14:paraId="3DA7729C" w14:textId="77777777" w:rsidR="00F56265" w:rsidRDefault="006F7B0F">
      <w:pPr>
        <w:pStyle w:val="Nagwek1"/>
      </w:pPr>
      <w:r>
        <w:t xml:space="preserve">8. </w:t>
      </w:r>
      <w:proofErr w:type="spellStart"/>
      <w:r>
        <w:t>Osoby</w:t>
      </w:r>
      <w:proofErr w:type="spellEnd"/>
      <w:r>
        <w:t xml:space="preserve"> </w:t>
      </w:r>
      <w:proofErr w:type="spellStart"/>
      <w:r>
        <w:t>sporządzające</w:t>
      </w:r>
      <w:proofErr w:type="spellEnd"/>
      <w:r>
        <w:t xml:space="preserve"> </w:t>
      </w:r>
      <w:proofErr w:type="spellStart"/>
      <w:r>
        <w:t>opinię</w:t>
      </w:r>
      <w:proofErr w:type="spellEnd"/>
    </w:p>
    <w:p w14:paraId="5BE48D48" w14:textId="77777777" w:rsidR="00F56265" w:rsidRDefault="006F7B0F">
      <w:proofErr w:type="spellStart"/>
      <w:r>
        <w:rPr>
          <w:b/>
        </w:rPr>
        <w:t>Nauczyci</w:t>
      </w:r>
      <w:r>
        <w:rPr>
          <w:b/>
        </w:rPr>
        <w:t>el</w:t>
      </w:r>
      <w:proofErr w:type="spellEnd"/>
      <w:r>
        <w:rPr>
          <w:b/>
        </w:rPr>
        <w:t xml:space="preserve">, </w:t>
      </w:r>
      <w:proofErr w:type="spellStart"/>
      <w:r>
        <w:rPr>
          <w:b/>
        </w:rPr>
        <w:t>nauczyciele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lub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wychowawca</w:t>
      </w:r>
      <w:proofErr w:type="spellEnd"/>
      <w:r>
        <w:rPr>
          <w:b/>
        </w:rPr>
        <w:t xml:space="preserve">: </w:t>
      </w:r>
      <w:proofErr w:type="spellStart"/>
      <w:r>
        <w:rPr>
          <w:i/>
        </w:rPr>
        <w:t>Wpisz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informację</w:t>
      </w:r>
      <w:proofErr w:type="spellEnd"/>
      <w:r>
        <w:rPr>
          <w:i/>
        </w:rPr>
        <w:t>.</w:t>
      </w:r>
    </w:p>
    <w:p w14:paraId="6A0CEF5A" w14:textId="77777777" w:rsidR="00F56265" w:rsidRDefault="006F7B0F">
      <w:proofErr w:type="spellStart"/>
      <w:r>
        <w:rPr>
          <w:b/>
        </w:rPr>
        <w:t>Specjalista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lub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specjaliści</w:t>
      </w:r>
      <w:proofErr w:type="spellEnd"/>
      <w:r>
        <w:rPr>
          <w:b/>
        </w:rPr>
        <w:t xml:space="preserve">, </w:t>
      </w:r>
      <w:proofErr w:type="spellStart"/>
      <w:r>
        <w:rPr>
          <w:b/>
        </w:rPr>
        <w:t>jeżeli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uczestniczyli</w:t>
      </w:r>
      <w:proofErr w:type="spellEnd"/>
      <w:r>
        <w:rPr>
          <w:b/>
        </w:rPr>
        <w:t xml:space="preserve"> w </w:t>
      </w:r>
      <w:proofErr w:type="spellStart"/>
      <w:r>
        <w:rPr>
          <w:b/>
        </w:rPr>
        <w:t>sporządzeniu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opinii</w:t>
      </w:r>
      <w:proofErr w:type="spellEnd"/>
      <w:r>
        <w:rPr>
          <w:b/>
        </w:rPr>
        <w:t xml:space="preserve">: </w:t>
      </w:r>
      <w:proofErr w:type="spellStart"/>
      <w:r>
        <w:rPr>
          <w:i/>
        </w:rPr>
        <w:t>Wpisz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informację</w:t>
      </w:r>
      <w:proofErr w:type="spellEnd"/>
      <w:r>
        <w:rPr>
          <w:i/>
        </w:rPr>
        <w:t>.</w:t>
      </w:r>
    </w:p>
    <w:p w14:paraId="0D4734A1" w14:textId="77777777" w:rsidR="00F56265" w:rsidRDefault="006F7B0F">
      <w:proofErr w:type="spellStart"/>
      <w:r>
        <w:rPr>
          <w:b/>
        </w:rPr>
        <w:t>Podpis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osoby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lub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osób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sporządzających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opinię</w:t>
      </w:r>
      <w:proofErr w:type="spellEnd"/>
      <w:r>
        <w:rPr>
          <w:b/>
        </w:rPr>
        <w:t xml:space="preserve">: </w:t>
      </w:r>
      <w:proofErr w:type="spellStart"/>
      <w:r>
        <w:rPr>
          <w:i/>
        </w:rPr>
        <w:t>Miejsce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na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podpis</w:t>
      </w:r>
      <w:proofErr w:type="spellEnd"/>
      <w:r>
        <w:rPr>
          <w:i/>
        </w:rPr>
        <w:t>.</w:t>
      </w:r>
    </w:p>
    <w:p w14:paraId="7FBAAB4C" w14:textId="77777777" w:rsidR="00F56265" w:rsidRDefault="006F7B0F">
      <w:proofErr w:type="spellStart"/>
      <w:r>
        <w:rPr>
          <w:b/>
        </w:rPr>
        <w:t>Podpis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dyrektora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szkoły</w:t>
      </w:r>
      <w:proofErr w:type="spellEnd"/>
      <w:r>
        <w:rPr>
          <w:b/>
        </w:rPr>
        <w:t xml:space="preserve">: </w:t>
      </w:r>
      <w:proofErr w:type="spellStart"/>
      <w:r>
        <w:rPr>
          <w:i/>
        </w:rPr>
        <w:t>Miejsce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na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podpis</w:t>
      </w:r>
      <w:proofErr w:type="spellEnd"/>
      <w:r>
        <w:rPr>
          <w:i/>
        </w:rPr>
        <w:t>.</w:t>
      </w:r>
    </w:p>
    <w:p w14:paraId="374A8642" w14:textId="77777777" w:rsidR="00F56265" w:rsidRDefault="006F7B0F">
      <w:proofErr w:type="spellStart"/>
      <w:r>
        <w:rPr>
          <w:b/>
        </w:rPr>
        <w:t>Informacja</w:t>
      </w:r>
      <w:proofErr w:type="spellEnd"/>
      <w:r>
        <w:rPr>
          <w:b/>
        </w:rPr>
        <w:t xml:space="preserve">: </w:t>
      </w:r>
      <w:proofErr w:type="spellStart"/>
      <w:r>
        <w:t>kopię</w:t>
      </w:r>
      <w:proofErr w:type="spellEnd"/>
      <w:r>
        <w:t xml:space="preserve"> </w:t>
      </w:r>
      <w:proofErr w:type="spellStart"/>
      <w:r>
        <w:t>opinii</w:t>
      </w:r>
      <w:proofErr w:type="spellEnd"/>
      <w:r>
        <w:t xml:space="preserve"> </w:t>
      </w:r>
      <w:proofErr w:type="spellStart"/>
      <w:r>
        <w:t>przekazuje</w:t>
      </w:r>
      <w:proofErr w:type="spellEnd"/>
      <w:r>
        <w:t xml:space="preserve"> </w:t>
      </w:r>
      <w:proofErr w:type="spellStart"/>
      <w:r>
        <w:t>się</w:t>
      </w:r>
      <w:proofErr w:type="spellEnd"/>
      <w:r>
        <w:t xml:space="preserve"> </w:t>
      </w:r>
      <w:proofErr w:type="spellStart"/>
      <w:r>
        <w:t>rodzicom</w:t>
      </w:r>
      <w:proofErr w:type="spellEnd"/>
      <w:r>
        <w:t xml:space="preserve"> ucznia </w:t>
      </w:r>
      <w:proofErr w:type="spellStart"/>
      <w:r>
        <w:t>albo</w:t>
      </w:r>
      <w:proofErr w:type="spellEnd"/>
      <w:r>
        <w:t xml:space="preserve"> </w:t>
      </w:r>
      <w:proofErr w:type="spellStart"/>
      <w:r>
        <w:t>pełnoletniemu</w:t>
      </w:r>
      <w:proofErr w:type="spellEnd"/>
      <w:r>
        <w:t xml:space="preserve"> </w:t>
      </w:r>
      <w:proofErr w:type="spellStart"/>
      <w:r>
        <w:t>uczniowi</w:t>
      </w:r>
      <w:proofErr w:type="spellEnd"/>
      <w:r>
        <w:t>.</w:t>
      </w:r>
    </w:p>
    <w:sectPr w:rsidR="00F56265" w:rsidSect="0003461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86F0F1D" w14:textId="77777777" w:rsidR="006F7B0F" w:rsidRDefault="006F7B0F" w:rsidP="00F36B89">
      <w:pPr>
        <w:spacing w:after="0" w:line="240" w:lineRule="auto"/>
      </w:pPr>
      <w:r>
        <w:separator/>
      </w:r>
    </w:p>
  </w:endnote>
  <w:endnote w:type="continuationSeparator" w:id="0">
    <w:p w14:paraId="6AD5B383" w14:textId="77777777" w:rsidR="006F7B0F" w:rsidRDefault="006F7B0F" w:rsidP="00F36B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34530CC" w14:textId="77777777" w:rsidR="00F36B89" w:rsidRDefault="00F36B89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24061233"/>
      <w:docPartObj>
        <w:docPartGallery w:val="Page Numbers (Bottom of Page)"/>
        <w:docPartUnique/>
      </w:docPartObj>
    </w:sdtPr>
    <w:sdtEndPr/>
    <w:sdtContent>
      <w:p w14:paraId="0B82B8F6" w14:textId="69A23A2A" w:rsidR="00F36B89" w:rsidRDefault="00F36B89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87508" w:rsidRPr="00887508">
          <w:rPr>
            <w:noProof/>
            <w:lang w:val="pl-PL"/>
          </w:rPr>
          <w:t>3</w:t>
        </w:r>
        <w:r>
          <w:fldChar w:fldCharType="end"/>
        </w:r>
      </w:p>
    </w:sdtContent>
  </w:sdt>
  <w:p w14:paraId="5D20DE8D" w14:textId="77777777" w:rsidR="00F36B89" w:rsidRDefault="00F36B89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FE2EF8D" w14:textId="77777777" w:rsidR="00F36B89" w:rsidRDefault="00F36B89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1E55DFF" w14:textId="77777777" w:rsidR="006F7B0F" w:rsidRDefault="006F7B0F" w:rsidP="00F36B89">
      <w:pPr>
        <w:spacing w:after="0" w:line="240" w:lineRule="auto"/>
      </w:pPr>
      <w:r>
        <w:separator/>
      </w:r>
    </w:p>
  </w:footnote>
  <w:footnote w:type="continuationSeparator" w:id="0">
    <w:p w14:paraId="1A90C38B" w14:textId="77777777" w:rsidR="006F7B0F" w:rsidRDefault="006F7B0F" w:rsidP="00F36B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383CCDA" w14:textId="77777777" w:rsidR="00F36B89" w:rsidRDefault="00F36B89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C7035DB" w14:textId="77777777" w:rsidR="00F36B89" w:rsidRDefault="00F36B89">
    <w:pPr>
      <w:pStyle w:val="Nagwek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8F2D6BE" w14:textId="77777777" w:rsidR="00F36B89" w:rsidRDefault="00F36B89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4A4818"/>
    <w:rsid w:val="006F7B0F"/>
    <w:rsid w:val="00887508"/>
    <w:rsid w:val="009E4ECA"/>
    <w:rsid w:val="00AA1D8D"/>
    <w:rsid w:val="00B47730"/>
    <w:rsid w:val="00C15449"/>
    <w:rsid w:val="00C659DF"/>
    <w:rsid w:val="00CB0664"/>
    <w:rsid w:val="00DF7CD0"/>
    <w:rsid w:val="00E96AE7"/>
    <w:rsid w:val="00F36B89"/>
    <w:rsid w:val="00F5626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4FDCDB0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C693F"/>
    <w:pPr>
      <w:spacing w:after="120"/>
    </w:pPr>
    <w:rPr>
      <w:rFonts w:ascii="Calibri" w:hAnsi="Calibri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/>
      <w:sz w:val="24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000000"/>
      <w:spacing w:val="5"/>
      <w:kern w:val="28"/>
      <w:sz w:val="3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C693F"/>
    <w:pPr>
      <w:spacing w:after="120"/>
    </w:pPr>
    <w:rPr>
      <w:rFonts w:ascii="Calibri" w:hAnsi="Calibri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/>
      <w:sz w:val="24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000000"/>
      <w:spacing w:val="5"/>
      <w:kern w:val="28"/>
      <w:sz w:val="3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D51F3AD7-65D5-4DDB-8365-F9CBE8FF50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815</Words>
  <Characters>4890</Characters>
  <Application>Microsoft Office Word</Application>
  <DocSecurity>0</DocSecurity>
  <Lines>40</Lines>
  <Paragraphs>11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5694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Admin</cp:lastModifiedBy>
  <cp:revision>2</cp:revision>
  <dcterms:created xsi:type="dcterms:W3CDTF">2026-09-02T09:18:00Z</dcterms:created>
  <dcterms:modified xsi:type="dcterms:W3CDTF">2026-09-02T09:18:00Z</dcterms:modified>
</cp:coreProperties>
</file>